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77ABF" w14:textId="77777777" w:rsidR="00E663B9" w:rsidRPr="00F957BF" w:rsidRDefault="00000000" w:rsidP="00A64FF3">
      <w:pPr>
        <w:jc w:val="both"/>
        <w:rPr>
          <w:b/>
          <w:bCs/>
          <w:lang w:val="cs-CZ"/>
        </w:rPr>
      </w:pPr>
      <w:r w:rsidRPr="00F957BF">
        <w:rPr>
          <w:b/>
          <w:bCs/>
          <w:lang w:val="cs-CZ"/>
        </w:rPr>
        <w:t>INFORMACE O ZPRACOVÁNÍ OSOBNÍCH ÚDAJŮ</w:t>
      </w:r>
    </w:p>
    <w:p w14:paraId="507CA0E4" w14:textId="6CFD9A45" w:rsidR="00E663B9" w:rsidRPr="00F957BF" w:rsidRDefault="00000000" w:rsidP="00A64FF3">
      <w:pPr>
        <w:jc w:val="both"/>
        <w:rPr>
          <w:b/>
          <w:bCs/>
          <w:lang w:val="cs-CZ"/>
        </w:rPr>
      </w:pPr>
      <w:r w:rsidRPr="00F957BF">
        <w:rPr>
          <w:b/>
          <w:bCs/>
          <w:lang w:val="cs-CZ"/>
        </w:rPr>
        <w:t>pro sociální služby: pečovatelská služba, pobytová odlehčovací služba a sociálně aktivizační služb</w:t>
      </w:r>
      <w:r w:rsidR="00F957BF">
        <w:rPr>
          <w:b/>
          <w:bCs/>
          <w:lang w:val="cs-CZ"/>
        </w:rPr>
        <w:t>u</w:t>
      </w:r>
    </w:p>
    <w:p w14:paraId="71A03FE0" w14:textId="77777777" w:rsidR="00A64FF3" w:rsidRDefault="00A64FF3" w:rsidP="00A64FF3">
      <w:pPr>
        <w:jc w:val="both"/>
        <w:rPr>
          <w:lang w:val="cs-CZ"/>
        </w:rPr>
      </w:pPr>
    </w:p>
    <w:p w14:paraId="58352ACF" w14:textId="48CDF327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 xml:space="preserve">Tento dokument podrobně vysvětluje, jak organizace </w:t>
      </w:r>
      <w:r w:rsidRPr="00A64FF3">
        <w:rPr>
          <w:i/>
          <w:iCs/>
          <w:lang w:val="cs-CZ"/>
        </w:rPr>
        <w:t>Sociální služby města Velké Meziříčí</w:t>
      </w:r>
      <w:r w:rsidRPr="00A64FF3">
        <w:rPr>
          <w:lang w:val="cs-CZ"/>
        </w:rPr>
        <w:t xml:space="preserve"> nakládá s</w:t>
      </w:r>
      <w:r w:rsidR="00A64FF3" w:rsidRPr="00A64FF3">
        <w:rPr>
          <w:lang w:val="cs-CZ"/>
        </w:rPr>
        <w:t> </w:t>
      </w:r>
      <w:r w:rsidRPr="00A64FF3">
        <w:rPr>
          <w:lang w:val="cs-CZ"/>
        </w:rPr>
        <w:t xml:space="preserve">osobními údaji svých klientů, zájemců o služby, jejich opatrovníků a rodinných příslušníků. Zpracování osobních údajů v sociálních službách je klíčovou součástí péče a probíhá plně v souladu s </w:t>
      </w:r>
      <w:r w:rsidR="00A64FF3" w:rsidRPr="00A64FF3">
        <w:rPr>
          <w:lang w:val="cs-CZ"/>
        </w:rPr>
        <w:t>Nařízení Evropského parlamentu a Rady (EU) 2016/679 ze dne 27. dubna 2016 o ochraně fyzických osob v souvislosti se zpracováním osobních údajů a o volném pohybu těchto údajů a</w:t>
      </w:r>
      <w:r w:rsidR="00A64FF3">
        <w:rPr>
          <w:lang w:val="cs-CZ"/>
        </w:rPr>
        <w:t> </w:t>
      </w:r>
      <w:r w:rsidR="00A64FF3" w:rsidRPr="00A64FF3">
        <w:rPr>
          <w:lang w:val="cs-CZ"/>
        </w:rPr>
        <w:t>o</w:t>
      </w:r>
      <w:r w:rsidR="00A64FF3">
        <w:rPr>
          <w:lang w:val="cs-CZ"/>
        </w:rPr>
        <w:t> </w:t>
      </w:r>
      <w:r w:rsidR="00A64FF3" w:rsidRPr="00A64FF3">
        <w:rPr>
          <w:lang w:val="cs-CZ"/>
        </w:rPr>
        <w:t>zrušení směrnice 95/46/ES (obecné nařízení o ochraně osobních údajů), zákonem č. 110/2019 S</w:t>
      </w:r>
      <w:r w:rsidR="00A64FF3">
        <w:rPr>
          <w:lang w:val="cs-CZ"/>
        </w:rPr>
        <w:t>b</w:t>
      </w:r>
      <w:r w:rsidR="00A64FF3" w:rsidRPr="00A64FF3">
        <w:rPr>
          <w:lang w:val="cs-CZ"/>
        </w:rPr>
        <w:t>.</w:t>
      </w:r>
      <w:r w:rsidR="00A64FF3">
        <w:rPr>
          <w:lang w:val="cs-CZ"/>
        </w:rPr>
        <w:t>,</w:t>
      </w:r>
      <w:r w:rsidR="00A64FF3" w:rsidRPr="00A64FF3">
        <w:rPr>
          <w:lang w:val="cs-CZ"/>
        </w:rPr>
        <w:t xml:space="preserve"> o zpracování osobních údajů </w:t>
      </w:r>
      <w:r w:rsidRPr="00A64FF3">
        <w:rPr>
          <w:lang w:val="cs-CZ"/>
        </w:rPr>
        <w:t>a zákonem č.</w:t>
      </w:r>
      <w:r w:rsidR="00A64FF3" w:rsidRPr="00A64FF3">
        <w:rPr>
          <w:lang w:val="cs-CZ"/>
        </w:rPr>
        <w:t> </w:t>
      </w:r>
      <w:r w:rsidRPr="00A64FF3">
        <w:rPr>
          <w:lang w:val="cs-CZ"/>
        </w:rPr>
        <w:t>108/2006 Sb., o sociálních službách. Naším cílem je zajistit maximální transparentnost, bezpečnost a ochranu Vašeho soukromí.</w:t>
      </w:r>
    </w:p>
    <w:p w14:paraId="6966F4D7" w14:textId="77777777" w:rsidR="00A64FF3" w:rsidRDefault="00A64FF3" w:rsidP="00A64FF3">
      <w:pPr>
        <w:jc w:val="both"/>
        <w:rPr>
          <w:lang w:val="cs-CZ"/>
        </w:rPr>
      </w:pPr>
    </w:p>
    <w:p w14:paraId="0AB83B31" w14:textId="1FF60CA4" w:rsidR="00E663B9" w:rsidRPr="00A64FF3" w:rsidRDefault="00000000" w:rsidP="00A64FF3">
      <w:pPr>
        <w:jc w:val="both"/>
        <w:rPr>
          <w:b/>
          <w:bCs/>
          <w:lang w:val="cs-CZ"/>
        </w:rPr>
      </w:pPr>
      <w:r w:rsidRPr="00A64FF3">
        <w:rPr>
          <w:b/>
          <w:bCs/>
          <w:lang w:val="cs-CZ"/>
        </w:rPr>
        <w:t>Základní ustanovení a správce údajů</w:t>
      </w:r>
    </w:p>
    <w:p w14:paraId="58C3812B" w14:textId="77777777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Správcem osobních údajů ve smyslu čl. 4 bodu 7 nařízení GDPR je příspěvková organizace: Sociální služby města Velké Meziříčí</w:t>
      </w:r>
    </w:p>
    <w:p w14:paraId="5F3F3B91" w14:textId="41900B41" w:rsidR="00E663B9" w:rsidRPr="00A64FF3" w:rsidRDefault="00A64FF3" w:rsidP="00A64FF3">
      <w:pPr>
        <w:jc w:val="both"/>
        <w:rPr>
          <w:lang w:val="cs-CZ"/>
        </w:rPr>
      </w:pPr>
      <w:r>
        <w:rPr>
          <w:lang w:val="cs-CZ"/>
        </w:rPr>
        <w:t>s</w:t>
      </w:r>
      <w:r w:rsidRPr="00A64FF3">
        <w:rPr>
          <w:lang w:val="cs-CZ"/>
        </w:rPr>
        <w:t>ídlo: Zdenky Vorlové 2001, 594 01 Velké Meziříčí</w:t>
      </w:r>
    </w:p>
    <w:p w14:paraId="17DD0790" w14:textId="77777777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IČO: 68726732</w:t>
      </w:r>
    </w:p>
    <w:p w14:paraId="1577E9A5" w14:textId="77777777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Telefon: +420 566 782 500 / +420 603 967 714</w:t>
      </w:r>
    </w:p>
    <w:p w14:paraId="344B199C" w14:textId="77777777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E-mail pro kontakt: info@ssmvm.cz</w:t>
      </w:r>
    </w:p>
    <w:p w14:paraId="40225821" w14:textId="77777777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Webové stránky: www.ssmvm.cz</w:t>
      </w:r>
    </w:p>
    <w:p w14:paraId="5281E27F" w14:textId="77777777" w:rsidR="00A64FF3" w:rsidRDefault="00A64FF3" w:rsidP="00A64FF3">
      <w:pPr>
        <w:jc w:val="both"/>
        <w:rPr>
          <w:lang w:val="cs-CZ"/>
        </w:rPr>
      </w:pPr>
    </w:p>
    <w:p w14:paraId="009BB765" w14:textId="4BE0DA91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 xml:space="preserve">Pověřenec pro ochranu osobních údajů (DPO): Vzhledem k tomu, že správce je veřejným subjektem poskytujícím sociální služby na základě zákonného pověření, jmenoval v souladu s čl. 37 GDPR pověřence pro ochranu osobních údajů. Na pověřence se můžete obracet s dotazy týkajícími </w:t>
      </w:r>
      <w:proofErr w:type="gramStart"/>
      <w:r w:rsidRPr="00A64FF3">
        <w:rPr>
          <w:lang w:val="cs-CZ"/>
        </w:rPr>
        <w:t>se</w:t>
      </w:r>
      <w:proofErr w:type="gramEnd"/>
      <w:r w:rsidRPr="00A64FF3">
        <w:rPr>
          <w:lang w:val="cs-CZ"/>
        </w:rPr>
        <w:t xml:space="preserve"> zpracování Vašich osobních údajů a uplatňování Vašich práv. Kontaktní údaje pověřence jsou</w:t>
      </w:r>
      <w:r w:rsidR="00A64FF3">
        <w:rPr>
          <w:lang w:val="cs-CZ"/>
        </w:rPr>
        <w:t xml:space="preserve"> paní </w:t>
      </w:r>
      <w:r w:rsidR="00C10542">
        <w:rPr>
          <w:lang w:val="cs-CZ"/>
        </w:rPr>
        <w:t>Ing. Iveta Drdlová</w:t>
      </w:r>
      <w:r w:rsidR="00A64FF3">
        <w:rPr>
          <w:lang w:val="cs-CZ"/>
        </w:rPr>
        <w:t xml:space="preserve"> na adrese: </w:t>
      </w:r>
      <w:r w:rsidR="00C10542">
        <w:rPr>
          <w:lang w:val="cs-CZ"/>
        </w:rPr>
        <w:t>ekonomka</w:t>
      </w:r>
      <w:r w:rsidR="00A64FF3">
        <w:rPr>
          <w:lang w:val="cs-CZ"/>
        </w:rPr>
        <w:t>@ssmvm.cz</w:t>
      </w:r>
    </w:p>
    <w:p w14:paraId="153B113C" w14:textId="77777777" w:rsidR="00A64FF3" w:rsidRDefault="00A64FF3" w:rsidP="00A64FF3">
      <w:pPr>
        <w:jc w:val="both"/>
        <w:rPr>
          <w:lang w:val="cs-CZ"/>
        </w:rPr>
      </w:pPr>
    </w:p>
    <w:p w14:paraId="70D74327" w14:textId="3BF3DB91" w:rsidR="00E663B9" w:rsidRPr="00A64FF3" w:rsidRDefault="00000000" w:rsidP="00A64FF3">
      <w:pPr>
        <w:jc w:val="both"/>
        <w:rPr>
          <w:b/>
          <w:bCs/>
          <w:lang w:val="cs-CZ"/>
        </w:rPr>
      </w:pPr>
      <w:r w:rsidRPr="00A64FF3">
        <w:rPr>
          <w:b/>
          <w:bCs/>
          <w:lang w:val="cs-CZ"/>
        </w:rPr>
        <w:t>Kategorie zpracovávaných osobních údajů</w:t>
      </w:r>
    </w:p>
    <w:p w14:paraId="0D38287B" w14:textId="47B32490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Sociální služby ze své povahy vyžadují citlivý přístup a detailní znalost situace klienta</w:t>
      </w:r>
      <w:r w:rsidR="00A64FF3">
        <w:rPr>
          <w:lang w:val="cs-CZ"/>
        </w:rPr>
        <w:t>*klientky</w:t>
      </w:r>
      <w:r w:rsidRPr="00A64FF3">
        <w:rPr>
          <w:lang w:val="cs-CZ"/>
        </w:rPr>
        <w:t>, aby mohly být poskytovány bezpečně, odborně a v souladu se zákonnými standardy kvality. Správce zpracovává následující kategorie osobních údajů:</w:t>
      </w:r>
    </w:p>
    <w:p w14:paraId="53636D2D" w14:textId="77777777" w:rsidR="00A64FF3" w:rsidRDefault="00A64FF3" w:rsidP="00A64FF3">
      <w:pPr>
        <w:jc w:val="both"/>
        <w:rPr>
          <w:lang w:val="cs-CZ"/>
        </w:rPr>
      </w:pPr>
    </w:p>
    <w:p w14:paraId="3E75B88C" w14:textId="4D551069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1. Základní identifikační a adresní údaje klienta</w:t>
      </w:r>
      <w:r w:rsidR="00A64FF3">
        <w:rPr>
          <w:lang w:val="cs-CZ"/>
        </w:rPr>
        <w:t>*klientky</w:t>
      </w:r>
    </w:p>
    <w:p w14:paraId="45359FBC" w14:textId="77777777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Jméno, příjmení, titul, datum narození, rodné číslo (je-li vyžadováno legislativou či pro potřeby vykazování MPSV), adresa trvalého pobytu, doručovací adresa, případně adresa místa skutečného poskytování terénní pečovatelské služby.</w:t>
      </w:r>
    </w:p>
    <w:p w14:paraId="0A8F60ED" w14:textId="77777777" w:rsidR="00A64FF3" w:rsidRDefault="00A64FF3" w:rsidP="00A64FF3">
      <w:pPr>
        <w:jc w:val="both"/>
        <w:rPr>
          <w:lang w:val="cs-CZ"/>
        </w:rPr>
      </w:pPr>
    </w:p>
    <w:p w14:paraId="6B203318" w14:textId="77777777" w:rsidR="00A64FF3" w:rsidRDefault="00A64FF3" w:rsidP="00A64FF3">
      <w:pPr>
        <w:jc w:val="both"/>
        <w:rPr>
          <w:lang w:val="cs-CZ"/>
        </w:rPr>
      </w:pPr>
    </w:p>
    <w:p w14:paraId="353DD713" w14:textId="39862AAE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2. Kontaktní údaje klienta</w:t>
      </w:r>
      <w:r w:rsidR="00A64FF3">
        <w:rPr>
          <w:lang w:val="cs-CZ"/>
        </w:rPr>
        <w:t>*klientky</w:t>
      </w:r>
    </w:p>
    <w:p w14:paraId="2070BD56" w14:textId="77777777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Telefonní číslo, e-mailová adresa, případně ID datové schránky.</w:t>
      </w:r>
    </w:p>
    <w:p w14:paraId="0E96613D" w14:textId="77777777" w:rsidR="00A64FF3" w:rsidRDefault="00A64FF3" w:rsidP="00A64FF3">
      <w:pPr>
        <w:jc w:val="both"/>
        <w:rPr>
          <w:lang w:val="cs-CZ"/>
        </w:rPr>
      </w:pPr>
    </w:p>
    <w:p w14:paraId="201C4005" w14:textId="286039CE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3. Kontaktní a identifikační údaje třetích osob</w:t>
      </w:r>
    </w:p>
    <w:p w14:paraId="76D0C6FF" w14:textId="00F24D60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Jméno, příjmení, telefonní číslo, e-mail a doručovací adresa rodinných příslušníků</w:t>
      </w:r>
      <w:r w:rsidR="00A64FF3">
        <w:rPr>
          <w:lang w:val="cs-CZ"/>
        </w:rPr>
        <w:t>*příslušnic</w:t>
      </w:r>
      <w:r w:rsidRPr="00A64FF3">
        <w:rPr>
          <w:lang w:val="cs-CZ"/>
        </w:rPr>
        <w:t>, kontaktních osob pro případ nouze, zákonných zástupců</w:t>
      </w:r>
      <w:r w:rsidR="00A64FF3">
        <w:rPr>
          <w:lang w:val="cs-CZ"/>
        </w:rPr>
        <w:t>*zástupkyň</w:t>
      </w:r>
      <w:r w:rsidRPr="00A64FF3">
        <w:rPr>
          <w:lang w:val="cs-CZ"/>
        </w:rPr>
        <w:t>, opatrovníků</w:t>
      </w:r>
      <w:r w:rsidR="00A64FF3">
        <w:rPr>
          <w:lang w:val="cs-CZ"/>
        </w:rPr>
        <w:t>*opatrovnic</w:t>
      </w:r>
      <w:r w:rsidRPr="00A64FF3">
        <w:rPr>
          <w:lang w:val="cs-CZ"/>
        </w:rPr>
        <w:t xml:space="preserve"> (včetně soudního rozhodnutí o opatrovnictví) nebo obecných zmocněnců</w:t>
      </w:r>
      <w:r w:rsidR="00A64FF3">
        <w:rPr>
          <w:lang w:val="cs-CZ"/>
        </w:rPr>
        <w:t>*zmocněnkyň</w:t>
      </w:r>
      <w:r w:rsidRPr="00A64FF3">
        <w:rPr>
          <w:lang w:val="cs-CZ"/>
        </w:rPr>
        <w:t>.</w:t>
      </w:r>
    </w:p>
    <w:p w14:paraId="0C53B8DC" w14:textId="77777777" w:rsidR="00A64FF3" w:rsidRDefault="00A64FF3" w:rsidP="00A64FF3">
      <w:pPr>
        <w:jc w:val="both"/>
        <w:rPr>
          <w:lang w:val="cs-CZ"/>
        </w:rPr>
      </w:pPr>
    </w:p>
    <w:p w14:paraId="426F13E8" w14:textId="3A1D2CFD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4. Zvláštní kategorie osobních údajů (citlivé údaje o zdravotním stavu)</w:t>
      </w:r>
    </w:p>
    <w:p w14:paraId="3A5B7B15" w14:textId="55F24623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Údaje o zdravotním stavu, specifických diagnózách</w:t>
      </w:r>
      <w:r w:rsidR="00A64FF3">
        <w:rPr>
          <w:lang w:val="cs-CZ"/>
        </w:rPr>
        <w:t xml:space="preserve">, </w:t>
      </w:r>
      <w:r w:rsidRPr="00A64FF3">
        <w:rPr>
          <w:lang w:val="cs-CZ"/>
        </w:rPr>
        <w:t>mírách soběstačnosti, stupni závislosti na péči jiné osoby (příspěvek na péči), ošetřujícím lékaři</w:t>
      </w:r>
      <w:r w:rsidR="00A64FF3">
        <w:rPr>
          <w:lang w:val="cs-CZ"/>
        </w:rPr>
        <w:t>*lékařce</w:t>
      </w:r>
      <w:r w:rsidRPr="00A64FF3">
        <w:rPr>
          <w:lang w:val="cs-CZ"/>
        </w:rPr>
        <w:t xml:space="preserve">, užívaných lécích, alergiích, omezeních v </w:t>
      </w:r>
      <w:r w:rsidR="00A64FF3">
        <w:rPr>
          <w:lang w:val="cs-CZ"/>
        </w:rPr>
        <w:t> </w:t>
      </w:r>
      <w:r w:rsidRPr="00A64FF3">
        <w:rPr>
          <w:lang w:val="cs-CZ"/>
        </w:rPr>
        <w:t>pohyblivosti, nutričních a dietních potřebách. Tyto údaje jsou nezbytné pro bezpečné poskytování pečovatelské služby a pobytové odlehčovací služby</w:t>
      </w:r>
      <w:r w:rsidR="00A64FF3">
        <w:rPr>
          <w:lang w:val="cs-CZ"/>
        </w:rPr>
        <w:t xml:space="preserve"> či sociálně aktivizační služby pro seniory a osoby se zdravotním postižením. </w:t>
      </w:r>
    </w:p>
    <w:p w14:paraId="0718CCB0" w14:textId="77777777" w:rsidR="00A64FF3" w:rsidRDefault="00A64FF3" w:rsidP="00A64FF3">
      <w:pPr>
        <w:jc w:val="both"/>
        <w:rPr>
          <w:lang w:val="cs-CZ"/>
        </w:rPr>
      </w:pPr>
    </w:p>
    <w:p w14:paraId="628D9943" w14:textId="02E78653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5. Údaje o poskytované sociální službě</w:t>
      </w:r>
    </w:p>
    <w:p w14:paraId="6D3D87DD" w14:textId="77777777" w:rsidR="00E663B9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Záznamy z jednání se zájemcem o službu, smlouvy o poskytování sociální služby, individuální plány péče a hodnocení jejich plnění, záznamy o realizovaných úkonech péče (např. čas dovozu oběda, pomoc při hygieně, úklid), klientská dokumentace (sociální a ošetřovatelská anamnéza), denní záznamy o průběhu služby.</w:t>
      </w:r>
    </w:p>
    <w:p w14:paraId="6908F15B" w14:textId="77777777" w:rsidR="00A64FF3" w:rsidRPr="00A64FF3" w:rsidRDefault="00A64FF3" w:rsidP="00A64FF3">
      <w:pPr>
        <w:jc w:val="both"/>
        <w:rPr>
          <w:lang w:val="cs-CZ"/>
        </w:rPr>
      </w:pPr>
    </w:p>
    <w:p w14:paraId="6C921208" w14:textId="77777777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6. Finanční a platební údaje</w:t>
      </w:r>
    </w:p>
    <w:p w14:paraId="3ACABA90" w14:textId="77777777" w:rsidR="00E663B9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Číslo bankovního účtu, záznamy o platbách za sociální službu, přehledy vyúčtování služeb, informace o příspěvku na péči a jeho využívání.</w:t>
      </w:r>
    </w:p>
    <w:p w14:paraId="35EC0793" w14:textId="77777777" w:rsidR="00A64FF3" w:rsidRPr="00A64FF3" w:rsidRDefault="00A64FF3" w:rsidP="00A64FF3">
      <w:pPr>
        <w:jc w:val="both"/>
        <w:rPr>
          <w:lang w:val="cs-CZ"/>
        </w:rPr>
      </w:pPr>
    </w:p>
    <w:p w14:paraId="0E63F152" w14:textId="77777777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7. Multimediální údaje (dobrovolné)</w:t>
      </w:r>
    </w:p>
    <w:p w14:paraId="2B2D8373" w14:textId="1FA4C091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Fotografie, videozáznamy nebo zvukové záznamy z aktivit, akcí a společenského života v rámci sociálně aktivizační či odlehčovací služby (zpracovávané výhradně na základě výslovného souhlasu klienta</w:t>
      </w:r>
      <w:r w:rsidR="00A64FF3">
        <w:rPr>
          <w:lang w:val="cs-CZ"/>
        </w:rPr>
        <w:t>*klientky</w:t>
      </w:r>
      <w:r w:rsidRPr="00A64FF3">
        <w:rPr>
          <w:lang w:val="cs-CZ"/>
        </w:rPr>
        <w:t xml:space="preserve"> pro účely prezentace na webu www.ssmvm.cz</w:t>
      </w:r>
      <w:r w:rsidR="00A64FF3">
        <w:rPr>
          <w:lang w:val="cs-CZ"/>
        </w:rPr>
        <w:t>,</w:t>
      </w:r>
      <w:r w:rsidRPr="00A64FF3">
        <w:rPr>
          <w:lang w:val="cs-CZ"/>
        </w:rPr>
        <w:t xml:space="preserve"> v propagačních materiálech</w:t>
      </w:r>
      <w:r w:rsidR="00A64FF3">
        <w:rPr>
          <w:lang w:val="cs-CZ"/>
        </w:rPr>
        <w:t>, regionálním tisku či na sociálních sítích</w:t>
      </w:r>
      <w:r w:rsidRPr="00A64FF3">
        <w:rPr>
          <w:lang w:val="cs-CZ"/>
        </w:rPr>
        <w:t>).</w:t>
      </w:r>
    </w:p>
    <w:p w14:paraId="50A0F632" w14:textId="77777777" w:rsidR="00A64FF3" w:rsidRDefault="00A64FF3" w:rsidP="00A64FF3">
      <w:pPr>
        <w:jc w:val="both"/>
        <w:rPr>
          <w:lang w:val="cs-CZ"/>
        </w:rPr>
      </w:pPr>
    </w:p>
    <w:p w14:paraId="0C189026" w14:textId="4A11C54A" w:rsidR="00E663B9" w:rsidRPr="00A64FF3" w:rsidRDefault="00000000" w:rsidP="00A64FF3">
      <w:pPr>
        <w:jc w:val="both"/>
        <w:rPr>
          <w:b/>
          <w:bCs/>
          <w:lang w:val="cs-CZ"/>
        </w:rPr>
      </w:pPr>
      <w:r w:rsidRPr="00A64FF3">
        <w:rPr>
          <w:b/>
          <w:bCs/>
          <w:lang w:val="cs-CZ"/>
        </w:rPr>
        <w:t>Zákonný důvod a účel zpracování</w:t>
      </w:r>
    </w:p>
    <w:p w14:paraId="255EAC37" w14:textId="7BC6BC25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Zpracování osobních údajů klientů</w:t>
      </w:r>
      <w:r w:rsidR="00A64FF3">
        <w:rPr>
          <w:lang w:val="cs-CZ"/>
        </w:rPr>
        <w:t>*klientek</w:t>
      </w:r>
      <w:r w:rsidRPr="00A64FF3">
        <w:rPr>
          <w:lang w:val="cs-CZ"/>
        </w:rPr>
        <w:t xml:space="preserve"> a dalších osob probíhá pouze na základě platných právních titulů stanovených v článku 6 a článku 9 GDPR. Konkrétně se jedná o tyto důvody a účely:</w:t>
      </w:r>
    </w:p>
    <w:p w14:paraId="3C018C7A" w14:textId="77777777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1. Splnění smlouvy (čl. 6 odst. 1 písm. b) GDPR)</w:t>
      </w:r>
    </w:p>
    <w:p w14:paraId="2276FDA3" w14:textId="50C08274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lastRenderedPageBreak/>
        <w:t>Účelem je příprava, uzavření a plnění Smlouvy o poskytování sociální služby (pečovatelské, odlehčovací).</w:t>
      </w:r>
      <w:r w:rsidR="00A64FF3">
        <w:rPr>
          <w:lang w:val="cs-CZ"/>
        </w:rPr>
        <w:t xml:space="preserve"> V případě poskytování sociálně aktivizační služby pro seniory a osoby se zdravotním postižením se jedná o Žádost o poskytnutí služby.</w:t>
      </w:r>
      <w:r w:rsidRPr="00A64FF3">
        <w:rPr>
          <w:lang w:val="cs-CZ"/>
        </w:rPr>
        <w:t xml:space="preserve"> Bez poskytnutí těchto údajů (identifikačních, kontaktních a</w:t>
      </w:r>
      <w:r w:rsidR="00A64FF3">
        <w:rPr>
          <w:lang w:val="cs-CZ"/>
        </w:rPr>
        <w:t> </w:t>
      </w:r>
      <w:r w:rsidRPr="00A64FF3">
        <w:rPr>
          <w:lang w:val="cs-CZ"/>
        </w:rPr>
        <w:t>provozních) nelze smlouvu uzavřít a službu poskytovat.</w:t>
      </w:r>
    </w:p>
    <w:p w14:paraId="5CC58D0F" w14:textId="77777777" w:rsidR="00A64FF3" w:rsidRDefault="00A64FF3" w:rsidP="00A64FF3">
      <w:pPr>
        <w:jc w:val="both"/>
        <w:rPr>
          <w:lang w:val="cs-CZ"/>
        </w:rPr>
      </w:pPr>
    </w:p>
    <w:p w14:paraId="49ED1D79" w14:textId="45244729" w:rsidR="00E663B9" w:rsidRPr="00A64FF3" w:rsidRDefault="00A64FF3" w:rsidP="00A64FF3">
      <w:pPr>
        <w:jc w:val="both"/>
        <w:rPr>
          <w:lang w:val="cs-CZ"/>
        </w:rPr>
      </w:pPr>
      <w:r>
        <w:rPr>
          <w:lang w:val="cs-CZ"/>
        </w:rPr>
        <w:t xml:space="preserve">2. </w:t>
      </w:r>
      <w:r w:rsidRPr="00A64FF3">
        <w:rPr>
          <w:lang w:val="cs-CZ"/>
        </w:rPr>
        <w:t>Splnění právní povinnosti správce (čl. 6 odst. 1 písm. c) GDPR)</w:t>
      </w:r>
    </w:p>
    <w:p w14:paraId="182FB0B2" w14:textId="639B138F" w:rsidR="00A64FF3" w:rsidRDefault="00000000" w:rsidP="00A64FF3">
      <w:pPr>
        <w:rPr>
          <w:lang w:val="cs-CZ"/>
        </w:rPr>
      </w:pPr>
      <w:r w:rsidRPr="00A64FF3">
        <w:rPr>
          <w:lang w:val="cs-CZ"/>
        </w:rPr>
        <w:t>Správce má zákonné povinnosti, které mu ukládá zejména:</w:t>
      </w:r>
    </w:p>
    <w:p w14:paraId="3F53978E" w14:textId="6E1DA63F" w:rsidR="00A64FF3" w:rsidRDefault="00000000" w:rsidP="00A64FF3">
      <w:pPr>
        <w:pStyle w:val="Odstavecseseznamem"/>
        <w:numPr>
          <w:ilvl w:val="0"/>
          <w:numId w:val="10"/>
        </w:numPr>
        <w:rPr>
          <w:lang w:val="cs-CZ"/>
        </w:rPr>
      </w:pPr>
      <w:r w:rsidRPr="00A64FF3">
        <w:rPr>
          <w:lang w:val="cs-CZ"/>
        </w:rPr>
        <w:t>Zákon č. 108/2006 Sb., o sociálních službách</w:t>
      </w:r>
      <w:r w:rsidR="00A64FF3">
        <w:rPr>
          <w:lang w:val="cs-CZ"/>
        </w:rPr>
        <w:t>,</w:t>
      </w:r>
    </w:p>
    <w:p w14:paraId="1D7A8ACF" w14:textId="75B9763A" w:rsidR="00A64FF3" w:rsidRDefault="00000000" w:rsidP="00A64FF3">
      <w:pPr>
        <w:pStyle w:val="Odstavecseseznamem"/>
        <w:numPr>
          <w:ilvl w:val="0"/>
          <w:numId w:val="10"/>
        </w:numPr>
        <w:rPr>
          <w:lang w:val="cs-CZ"/>
        </w:rPr>
      </w:pPr>
      <w:r w:rsidRPr="00A64FF3">
        <w:rPr>
          <w:lang w:val="cs-CZ"/>
        </w:rPr>
        <w:t>Vyhláška č. 505/2006 Sb., kterou se provádějí některá ustanovení zákona o sociálních službách</w:t>
      </w:r>
      <w:r w:rsidR="00A64FF3">
        <w:rPr>
          <w:lang w:val="cs-CZ"/>
        </w:rPr>
        <w:t>,</w:t>
      </w:r>
    </w:p>
    <w:p w14:paraId="0D8A4CD4" w14:textId="101CABF9" w:rsidR="00A64FF3" w:rsidRDefault="00000000" w:rsidP="00A64FF3">
      <w:pPr>
        <w:pStyle w:val="Odstavecseseznamem"/>
        <w:numPr>
          <w:ilvl w:val="0"/>
          <w:numId w:val="10"/>
        </w:numPr>
        <w:rPr>
          <w:lang w:val="cs-CZ"/>
        </w:rPr>
      </w:pPr>
      <w:r w:rsidRPr="00A64FF3">
        <w:rPr>
          <w:lang w:val="cs-CZ"/>
        </w:rPr>
        <w:t>Zákon č. 563/1991 Sb., o účetnictví,</w:t>
      </w:r>
      <w:r w:rsidR="00A64FF3">
        <w:rPr>
          <w:lang w:val="cs-CZ"/>
        </w:rPr>
        <w:t xml:space="preserve"> a</w:t>
      </w:r>
    </w:p>
    <w:p w14:paraId="28907AD5" w14:textId="012BEF5C" w:rsidR="00E663B9" w:rsidRPr="00A64FF3" w:rsidRDefault="00000000" w:rsidP="00A64FF3">
      <w:pPr>
        <w:pStyle w:val="Odstavecseseznamem"/>
        <w:numPr>
          <w:ilvl w:val="0"/>
          <w:numId w:val="10"/>
        </w:numPr>
        <w:rPr>
          <w:lang w:val="cs-CZ"/>
        </w:rPr>
      </w:pPr>
      <w:r w:rsidRPr="00A64FF3">
        <w:rPr>
          <w:lang w:val="cs-CZ"/>
        </w:rPr>
        <w:t>Zákon č. 499/2004 Sb., o archivnictví a spisové službě.</w:t>
      </w:r>
    </w:p>
    <w:p w14:paraId="4F64AF0D" w14:textId="77777777" w:rsidR="00A64FF3" w:rsidRDefault="00A64FF3" w:rsidP="00A64FF3">
      <w:pPr>
        <w:jc w:val="both"/>
        <w:rPr>
          <w:lang w:val="cs-CZ"/>
        </w:rPr>
      </w:pPr>
    </w:p>
    <w:p w14:paraId="49C508FB" w14:textId="1BCAD546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3. Ochrana životně důležitých zájmů (čl. 6 odst. 1 písm. d) a čl. 9 odst. 2 písm. c) GDPR)</w:t>
      </w:r>
    </w:p>
    <w:p w14:paraId="26F66997" w14:textId="4CAD74F4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 xml:space="preserve">Tento titul opravňuje správce k předání kritických zdravotních a kontaktních údajů poskytovatelům </w:t>
      </w:r>
      <w:r w:rsidR="00A64FF3">
        <w:rPr>
          <w:lang w:val="cs-CZ"/>
        </w:rPr>
        <w:t>Z</w:t>
      </w:r>
      <w:r w:rsidRPr="00A64FF3">
        <w:rPr>
          <w:lang w:val="cs-CZ"/>
        </w:rPr>
        <w:t>dravotnické záchranné služby</w:t>
      </w:r>
      <w:r w:rsidR="00A64FF3">
        <w:rPr>
          <w:lang w:val="cs-CZ"/>
        </w:rPr>
        <w:t xml:space="preserve"> Kraje Vysočina</w:t>
      </w:r>
      <w:r w:rsidRPr="00A64FF3">
        <w:rPr>
          <w:lang w:val="cs-CZ"/>
        </w:rPr>
        <w:t>, lékařům</w:t>
      </w:r>
      <w:r w:rsidR="00A64FF3">
        <w:rPr>
          <w:lang w:val="cs-CZ"/>
        </w:rPr>
        <w:t>*lékařkám,</w:t>
      </w:r>
      <w:r w:rsidRPr="00A64FF3">
        <w:rPr>
          <w:lang w:val="cs-CZ"/>
        </w:rPr>
        <w:t xml:space="preserve"> nebo nemocnicím v situacích, kdy je bezprostředně ohrožen život nebo zdraví klienta</w:t>
      </w:r>
      <w:r w:rsidR="00AB3DC9">
        <w:rPr>
          <w:lang w:val="cs-CZ"/>
        </w:rPr>
        <w:t>*klientky</w:t>
      </w:r>
      <w:r w:rsidRPr="00A64FF3">
        <w:rPr>
          <w:lang w:val="cs-CZ"/>
        </w:rPr>
        <w:t xml:space="preserve"> (např. kolaps, úraz) a klient</w:t>
      </w:r>
      <w:r w:rsidR="00AB3DC9">
        <w:rPr>
          <w:lang w:val="cs-CZ"/>
        </w:rPr>
        <w:t>*klientka</w:t>
      </w:r>
      <w:r w:rsidRPr="00A64FF3">
        <w:rPr>
          <w:lang w:val="cs-CZ"/>
        </w:rPr>
        <w:t xml:space="preserve"> není schopen</w:t>
      </w:r>
      <w:r w:rsidR="00AB3DC9">
        <w:rPr>
          <w:lang w:val="cs-CZ"/>
        </w:rPr>
        <w:t>*schopna</w:t>
      </w:r>
      <w:r w:rsidRPr="00A64FF3">
        <w:rPr>
          <w:lang w:val="cs-CZ"/>
        </w:rPr>
        <w:t xml:space="preserve"> udělit souhlas.</w:t>
      </w:r>
    </w:p>
    <w:p w14:paraId="609A4B7F" w14:textId="77777777" w:rsidR="00A64FF3" w:rsidRDefault="00A64FF3" w:rsidP="00A64FF3">
      <w:pPr>
        <w:jc w:val="both"/>
        <w:rPr>
          <w:lang w:val="cs-CZ"/>
        </w:rPr>
      </w:pPr>
    </w:p>
    <w:p w14:paraId="563D889E" w14:textId="649C70A5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4. Oprávněné zájmy správce (čl. 6 odst. 1 písm. f) GDPR)</w:t>
      </w:r>
    </w:p>
    <w:p w14:paraId="11AEE92C" w14:textId="0F1AB1EA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Zpracování je nezbytné pro ochranu majetku správce, bezpečí klientů</w:t>
      </w:r>
      <w:r w:rsidR="00AB3DC9">
        <w:rPr>
          <w:lang w:val="cs-CZ"/>
        </w:rPr>
        <w:t>*klientky</w:t>
      </w:r>
      <w:r w:rsidRPr="00A64FF3">
        <w:rPr>
          <w:lang w:val="cs-CZ"/>
        </w:rPr>
        <w:t xml:space="preserve"> a </w:t>
      </w:r>
      <w:r w:rsidR="00AB3DC9">
        <w:rPr>
          <w:lang w:val="cs-CZ"/>
        </w:rPr>
        <w:t> </w:t>
      </w:r>
      <w:r w:rsidRPr="00A64FF3">
        <w:rPr>
          <w:lang w:val="cs-CZ"/>
        </w:rPr>
        <w:t>zaměstnanců</w:t>
      </w:r>
      <w:r w:rsidR="00AB3DC9">
        <w:rPr>
          <w:lang w:val="cs-CZ"/>
        </w:rPr>
        <w:t>*zaměstnankyň</w:t>
      </w:r>
      <w:r w:rsidRPr="00A64FF3">
        <w:rPr>
          <w:lang w:val="cs-CZ"/>
        </w:rPr>
        <w:t xml:space="preserve"> (např. zabezpečení budov, případné kamerové systémy ve společných prostorách), vymáhání dlužných pohledávek za služby nebo obhajobu právních nároků v</w:t>
      </w:r>
      <w:r w:rsidR="00AB3DC9">
        <w:rPr>
          <w:lang w:val="cs-CZ"/>
        </w:rPr>
        <w:t> </w:t>
      </w:r>
      <w:r w:rsidRPr="00A64FF3">
        <w:rPr>
          <w:lang w:val="cs-CZ"/>
        </w:rPr>
        <w:t>případných soudních či správních sporech.</w:t>
      </w:r>
    </w:p>
    <w:p w14:paraId="22C7DDA8" w14:textId="77777777" w:rsidR="00AB3DC9" w:rsidRDefault="00AB3DC9" w:rsidP="00A64FF3">
      <w:pPr>
        <w:jc w:val="both"/>
        <w:rPr>
          <w:lang w:val="cs-CZ"/>
        </w:rPr>
      </w:pPr>
    </w:p>
    <w:p w14:paraId="7E33F34E" w14:textId="356C9CCB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5. Souhlas subjektu údajů (čl. 6 odst. 1 písm. a) GDPR)</w:t>
      </w:r>
    </w:p>
    <w:p w14:paraId="2A09EBA0" w14:textId="1488F6D8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Zpracování pro propagační a marketingové účely, zejména zveřejňování fotografií či videí z</w:t>
      </w:r>
      <w:r w:rsidR="00AB3DC9">
        <w:rPr>
          <w:lang w:val="cs-CZ"/>
        </w:rPr>
        <w:t> </w:t>
      </w:r>
      <w:r w:rsidRPr="00A64FF3">
        <w:rPr>
          <w:lang w:val="cs-CZ"/>
        </w:rPr>
        <w:t>volnočasových a aktivizačních činností na webu www.ssmvm.cz. Tento souhlas je zcela dobrovolný, jeho neudělení nemá žádný vliv na poskytování sociální služby a lze jej kdykoliv odvolat.</w:t>
      </w:r>
    </w:p>
    <w:p w14:paraId="3250526D" w14:textId="77777777" w:rsidR="00AB3DC9" w:rsidRDefault="00AB3DC9" w:rsidP="00A64FF3">
      <w:pPr>
        <w:jc w:val="both"/>
        <w:rPr>
          <w:lang w:val="cs-CZ"/>
        </w:rPr>
      </w:pPr>
    </w:p>
    <w:p w14:paraId="59A12F5E" w14:textId="0E28123C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6. Právní základ pro citlivé údaje o zdraví (čl. 9 odst. 2 písm. h) GDPR)</w:t>
      </w:r>
    </w:p>
    <w:p w14:paraId="17A3059D" w14:textId="280B4E92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V sociálních službách je zpracování zvláštních kategorií osobních údajů (zdravotní stav) legální, neboť je nezbytné pro účely poskytování zdravotní nebo sociální péče či léčby na základě smlouvy a</w:t>
      </w:r>
      <w:r w:rsidR="00AB3DC9">
        <w:rPr>
          <w:lang w:val="cs-CZ"/>
        </w:rPr>
        <w:t> </w:t>
      </w:r>
      <w:r w:rsidRPr="00A64FF3">
        <w:rPr>
          <w:lang w:val="cs-CZ"/>
        </w:rPr>
        <w:t>v souladu se zákonem</w:t>
      </w:r>
      <w:r w:rsidR="00AB3DC9">
        <w:rPr>
          <w:lang w:val="cs-CZ"/>
        </w:rPr>
        <w:t xml:space="preserve"> č. 108/2006 Sb.,</w:t>
      </w:r>
      <w:r w:rsidRPr="00A64FF3">
        <w:rPr>
          <w:lang w:val="cs-CZ"/>
        </w:rPr>
        <w:t xml:space="preserve"> o sociálních službách.</w:t>
      </w:r>
    </w:p>
    <w:p w14:paraId="44CD950D" w14:textId="77777777" w:rsidR="00AB3DC9" w:rsidRDefault="00AB3DC9" w:rsidP="00A64FF3">
      <w:pPr>
        <w:jc w:val="both"/>
        <w:rPr>
          <w:lang w:val="cs-CZ"/>
        </w:rPr>
      </w:pPr>
    </w:p>
    <w:p w14:paraId="1791D1DE" w14:textId="77777777" w:rsidR="00AB3DC9" w:rsidRDefault="00AB3DC9" w:rsidP="00A64FF3">
      <w:pPr>
        <w:jc w:val="both"/>
        <w:rPr>
          <w:lang w:val="cs-CZ"/>
        </w:rPr>
      </w:pPr>
    </w:p>
    <w:p w14:paraId="693BA1CE" w14:textId="77777777" w:rsidR="00AB3DC9" w:rsidRDefault="00AB3DC9" w:rsidP="00A64FF3">
      <w:pPr>
        <w:jc w:val="both"/>
        <w:rPr>
          <w:lang w:val="cs-CZ"/>
        </w:rPr>
      </w:pPr>
    </w:p>
    <w:p w14:paraId="641B110E" w14:textId="502CFEE6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lastRenderedPageBreak/>
        <w:t>Přehledový přehled zpracování osobních údajů podle služeb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75"/>
        <w:gridCol w:w="2067"/>
        <w:gridCol w:w="2405"/>
        <w:gridCol w:w="3193"/>
      </w:tblGrid>
      <w:tr w:rsidR="00E663B9" w:rsidRPr="00A64FF3" w14:paraId="58BC721F" w14:textId="77777777" w:rsidTr="00AB3DC9">
        <w:trPr>
          <w:cantSplit/>
          <w:tblHeader/>
        </w:trPr>
        <w:tc>
          <w:tcPr>
            <w:tcW w:w="0" w:type="auto"/>
            <w:shd w:val="clear" w:color="auto" w:fill="FABF8F" w:themeFill="accent6" w:themeFillTint="99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7D6A28B0" w14:textId="77777777" w:rsidR="00E663B9" w:rsidRPr="00A64FF3" w:rsidRDefault="00000000" w:rsidP="00AB3DC9">
            <w:pPr>
              <w:jc w:val="center"/>
              <w:rPr>
                <w:lang w:val="cs-CZ"/>
              </w:rPr>
            </w:pPr>
            <w:r w:rsidRPr="00A64FF3">
              <w:rPr>
                <w:lang w:val="cs-CZ"/>
              </w:rPr>
              <w:t>Sociální služba</w:t>
            </w:r>
          </w:p>
        </w:tc>
        <w:tc>
          <w:tcPr>
            <w:tcW w:w="0" w:type="auto"/>
            <w:shd w:val="clear" w:color="auto" w:fill="FABF8F" w:themeFill="accent6" w:themeFillTint="99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6CA7E9A3" w14:textId="77777777" w:rsidR="00E663B9" w:rsidRPr="00A64FF3" w:rsidRDefault="00000000" w:rsidP="00AB3DC9">
            <w:pPr>
              <w:jc w:val="center"/>
              <w:rPr>
                <w:lang w:val="cs-CZ"/>
              </w:rPr>
            </w:pPr>
            <w:r w:rsidRPr="00A64FF3">
              <w:rPr>
                <w:lang w:val="cs-CZ"/>
              </w:rPr>
              <w:t>Právní tituly</w:t>
            </w:r>
          </w:p>
        </w:tc>
        <w:tc>
          <w:tcPr>
            <w:tcW w:w="0" w:type="auto"/>
            <w:shd w:val="clear" w:color="auto" w:fill="FABF8F" w:themeFill="accent6" w:themeFillTint="99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00BAFC3E" w14:textId="77777777" w:rsidR="00E663B9" w:rsidRPr="00A64FF3" w:rsidRDefault="00000000" w:rsidP="00AB3DC9">
            <w:pPr>
              <w:jc w:val="center"/>
              <w:rPr>
                <w:lang w:val="cs-CZ"/>
              </w:rPr>
            </w:pPr>
            <w:r w:rsidRPr="00A64FF3">
              <w:rPr>
                <w:lang w:val="cs-CZ"/>
              </w:rPr>
              <w:t>Kategorie údajů</w:t>
            </w:r>
          </w:p>
        </w:tc>
        <w:tc>
          <w:tcPr>
            <w:tcW w:w="0" w:type="auto"/>
            <w:shd w:val="clear" w:color="auto" w:fill="FABF8F" w:themeFill="accent6" w:themeFillTint="99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206B8AE7" w14:textId="77777777" w:rsidR="00E663B9" w:rsidRPr="00A64FF3" w:rsidRDefault="00000000" w:rsidP="00AB3DC9">
            <w:pPr>
              <w:jc w:val="center"/>
              <w:rPr>
                <w:lang w:val="cs-CZ"/>
              </w:rPr>
            </w:pPr>
            <w:r w:rsidRPr="00A64FF3">
              <w:rPr>
                <w:lang w:val="cs-CZ"/>
              </w:rPr>
              <w:t>Doba uchování</w:t>
            </w:r>
          </w:p>
        </w:tc>
      </w:tr>
      <w:tr w:rsidR="00E663B9" w:rsidRPr="00A64FF3" w14:paraId="6883CF57" w14:textId="77777777" w:rsidTr="00AB3DC9">
        <w:trPr>
          <w:cantSplit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72E910" w14:textId="77777777" w:rsidR="00E663B9" w:rsidRPr="00A64FF3" w:rsidRDefault="00000000" w:rsidP="00AB3DC9">
            <w:pPr>
              <w:jc w:val="center"/>
              <w:rPr>
                <w:lang w:val="cs-CZ"/>
              </w:rPr>
            </w:pPr>
            <w:r w:rsidRPr="00A64FF3">
              <w:rPr>
                <w:lang w:val="cs-CZ"/>
              </w:rPr>
              <w:t>Pečovatelská služba</w:t>
            </w:r>
            <w:r w:rsidRPr="00A64FF3">
              <w:rPr>
                <w:lang w:val="cs-CZ"/>
              </w:rPr>
              <w:br/>
              <w:t>(terénní / ambulantní)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3EC38" w14:textId="43D520CC" w:rsidR="00E663B9" w:rsidRPr="00A64FF3" w:rsidRDefault="00000000" w:rsidP="00AB3DC9">
            <w:pPr>
              <w:rPr>
                <w:lang w:val="cs-CZ"/>
              </w:rPr>
            </w:pPr>
            <w:r w:rsidRPr="00A64FF3">
              <w:rPr>
                <w:lang w:val="cs-CZ"/>
              </w:rPr>
              <w:t>Splnění smlouvy</w:t>
            </w:r>
            <w:r w:rsidRPr="00A64FF3">
              <w:rPr>
                <w:lang w:val="cs-CZ"/>
              </w:rPr>
              <w:br/>
              <w:t>Právní povinnost (z. 108/2006 Sb.)</w:t>
            </w:r>
            <w:r w:rsidRPr="00A64FF3">
              <w:rPr>
                <w:lang w:val="cs-CZ"/>
              </w:rPr>
              <w:br/>
              <w:t>Ochrana životních zájmů</w:t>
            </w:r>
            <w:r w:rsidRPr="00A64FF3">
              <w:rPr>
                <w:lang w:val="cs-CZ"/>
              </w:rPr>
              <w:br/>
              <w:t>Oprávněný zájem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9FF48" w14:textId="77BE3458" w:rsidR="00E663B9" w:rsidRPr="00A64FF3" w:rsidRDefault="00000000" w:rsidP="00AB3DC9">
            <w:pPr>
              <w:rPr>
                <w:lang w:val="cs-CZ"/>
              </w:rPr>
            </w:pPr>
            <w:r w:rsidRPr="00A64FF3">
              <w:rPr>
                <w:lang w:val="cs-CZ"/>
              </w:rPr>
              <w:t>Identifikační, kontaktní</w:t>
            </w:r>
            <w:r w:rsidRPr="00A64FF3">
              <w:rPr>
                <w:lang w:val="cs-CZ"/>
              </w:rPr>
              <w:br/>
              <w:t>Kontakty na blízké</w:t>
            </w:r>
            <w:r w:rsidRPr="00A64FF3">
              <w:rPr>
                <w:lang w:val="cs-CZ"/>
              </w:rPr>
              <w:br/>
              <w:t>Údaje o zdraví, dietě, lécích</w:t>
            </w:r>
            <w:r w:rsidRPr="00A64FF3">
              <w:rPr>
                <w:lang w:val="cs-CZ"/>
              </w:rPr>
              <w:br/>
              <w:t>Výkony péče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325F3" w14:textId="77777777" w:rsidR="00E663B9" w:rsidRPr="00A64FF3" w:rsidRDefault="00000000" w:rsidP="00AB3DC9">
            <w:pPr>
              <w:rPr>
                <w:lang w:val="cs-CZ"/>
              </w:rPr>
            </w:pPr>
            <w:r w:rsidRPr="00A64FF3">
              <w:rPr>
                <w:lang w:val="cs-CZ"/>
              </w:rPr>
              <w:t>Smluvní vztah + 10 let od ukončení (skartační lhůta klientského spisu)</w:t>
            </w:r>
          </w:p>
        </w:tc>
      </w:tr>
      <w:tr w:rsidR="00E663B9" w:rsidRPr="00A64FF3" w14:paraId="1320FA68" w14:textId="77777777" w:rsidTr="00AB3DC9">
        <w:trPr>
          <w:cantSplit/>
        </w:trPr>
        <w:tc>
          <w:tcPr>
            <w:tcW w:w="0" w:type="auto"/>
            <w:shd w:val="clear" w:color="auto" w:fill="F2F5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B62462" w14:textId="77777777" w:rsidR="00E663B9" w:rsidRPr="00A64FF3" w:rsidRDefault="00000000" w:rsidP="00AB3DC9">
            <w:pPr>
              <w:jc w:val="center"/>
              <w:rPr>
                <w:lang w:val="cs-CZ"/>
              </w:rPr>
            </w:pPr>
            <w:r w:rsidRPr="00A64FF3">
              <w:rPr>
                <w:lang w:val="cs-CZ"/>
              </w:rPr>
              <w:t>Pobytová odlehčovací služba</w:t>
            </w:r>
            <w:r w:rsidRPr="00A64FF3">
              <w:rPr>
                <w:lang w:val="cs-CZ"/>
              </w:rPr>
              <w:br/>
              <w:t>(pobytová)</w:t>
            </w:r>
          </w:p>
        </w:tc>
        <w:tc>
          <w:tcPr>
            <w:tcW w:w="0" w:type="auto"/>
            <w:shd w:val="clear" w:color="auto" w:fill="F2F5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0E20E" w14:textId="77777777" w:rsidR="00AB3DC9" w:rsidRDefault="00000000" w:rsidP="00AB3DC9">
            <w:pPr>
              <w:rPr>
                <w:lang w:val="cs-CZ"/>
              </w:rPr>
            </w:pPr>
            <w:r w:rsidRPr="00A64FF3">
              <w:rPr>
                <w:lang w:val="cs-CZ"/>
              </w:rPr>
              <w:t>Splnění smlouvy</w:t>
            </w:r>
            <w:r w:rsidRPr="00A64FF3">
              <w:rPr>
                <w:lang w:val="cs-CZ"/>
              </w:rPr>
              <w:br/>
              <w:t>Právní povinnost</w:t>
            </w:r>
          </w:p>
          <w:p w14:paraId="1D9E8D09" w14:textId="6881F6D8" w:rsidR="00E663B9" w:rsidRPr="00A64FF3" w:rsidRDefault="00000000" w:rsidP="00AB3DC9">
            <w:pPr>
              <w:rPr>
                <w:lang w:val="cs-CZ"/>
              </w:rPr>
            </w:pPr>
            <w:r w:rsidRPr="00A64FF3">
              <w:rPr>
                <w:lang w:val="cs-CZ"/>
              </w:rPr>
              <w:t>Ochrana životních zájmů</w:t>
            </w:r>
            <w:r w:rsidRPr="00A64FF3">
              <w:rPr>
                <w:lang w:val="cs-CZ"/>
              </w:rPr>
              <w:br/>
              <w:t>Oprávněný zájem</w:t>
            </w:r>
            <w:r w:rsidRPr="00A64FF3">
              <w:rPr>
                <w:lang w:val="cs-CZ"/>
              </w:rPr>
              <w:br/>
              <w:t>Souhlas (foto)</w:t>
            </w:r>
          </w:p>
        </w:tc>
        <w:tc>
          <w:tcPr>
            <w:tcW w:w="0" w:type="auto"/>
            <w:shd w:val="clear" w:color="auto" w:fill="F2F5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5460B" w14:textId="559F9C34" w:rsidR="00E663B9" w:rsidRPr="00A64FF3" w:rsidRDefault="00AB3DC9" w:rsidP="00AB3DC9">
            <w:pPr>
              <w:rPr>
                <w:lang w:val="cs-CZ"/>
              </w:rPr>
            </w:pPr>
            <w:r w:rsidRPr="00A64FF3">
              <w:rPr>
                <w:lang w:val="cs-CZ"/>
              </w:rPr>
              <w:t>Identifikační, kontaktní Kontakty na blízké</w:t>
            </w:r>
            <w:r w:rsidRPr="00A64FF3">
              <w:rPr>
                <w:lang w:val="cs-CZ"/>
              </w:rPr>
              <w:br/>
              <w:t>Údaje o zdraví, medikaci, soběstačnosti</w:t>
            </w:r>
            <w:r w:rsidRPr="00A64FF3">
              <w:rPr>
                <w:lang w:val="cs-CZ"/>
              </w:rPr>
              <w:br/>
              <w:t>Ubytování, strava</w:t>
            </w:r>
          </w:p>
        </w:tc>
        <w:tc>
          <w:tcPr>
            <w:tcW w:w="0" w:type="auto"/>
            <w:shd w:val="clear" w:color="auto" w:fill="F2F5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D018C" w14:textId="77777777" w:rsidR="00E663B9" w:rsidRPr="00A64FF3" w:rsidRDefault="00000000" w:rsidP="00AB3DC9">
            <w:pPr>
              <w:rPr>
                <w:lang w:val="cs-CZ"/>
              </w:rPr>
            </w:pPr>
            <w:r w:rsidRPr="00A64FF3">
              <w:rPr>
                <w:lang w:val="cs-CZ"/>
              </w:rPr>
              <w:t>Smluvní vztah + 10 let od ukončení (skartační lhůta klientského spisu)</w:t>
            </w:r>
          </w:p>
        </w:tc>
      </w:tr>
      <w:tr w:rsidR="00E663B9" w:rsidRPr="00A64FF3" w14:paraId="65B9F4A8" w14:textId="77777777" w:rsidTr="00AB3DC9">
        <w:trPr>
          <w:cantSplit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331124" w14:textId="77777777" w:rsidR="00E663B9" w:rsidRPr="00A64FF3" w:rsidRDefault="00000000" w:rsidP="00AB3DC9">
            <w:pPr>
              <w:jc w:val="center"/>
              <w:rPr>
                <w:lang w:val="cs-CZ"/>
              </w:rPr>
            </w:pPr>
            <w:r w:rsidRPr="00A64FF3">
              <w:rPr>
                <w:lang w:val="cs-CZ"/>
              </w:rPr>
              <w:t>Sociálně aktivizační služba</w:t>
            </w:r>
            <w:r w:rsidRPr="00A64FF3">
              <w:rPr>
                <w:lang w:val="cs-CZ"/>
              </w:rPr>
              <w:br/>
              <w:t>(ambulantní / terénní)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5761C" w14:textId="4F9171D5" w:rsidR="00E663B9" w:rsidRPr="00A64FF3" w:rsidRDefault="00000000" w:rsidP="00AB3DC9">
            <w:pPr>
              <w:rPr>
                <w:lang w:val="cs-CZ"/>
              </w:rPr>
            </w:pPr>
            <w:r w:rsidRPr="00A64FF3">
              <w:rPr>
                <w:lang w:val="cs-CZ"/>
              </w:rPr>
              <w:t xml:space="preserve">Splnění </w:t>
            </w:r>
            <w:r w:rsidR="00AB3DC9">
              <w:rPr>
                <w:lang w:val="cs-CZ"/>
              </w:rPr>
              <w:t>žádosti</w:t>
            </w:r>
            <w:r w:rsidRPr="00A64FF3">
              <w:rPr>
                <w:lang w:val="cs-CZ"/>
              </w:rPr>
              <w:br/>
              <w:t>Právní povinnost</w:t>
            </w:r>
            <w:r w:rsidRPr="00A64FF3">
              <w:rPr>
                <w:lang w:val="cs-CZ"/>
              </w:rPr>
              <w:br/>
              <w:t>Souhlas (fotografie a prezentace)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0D687" w14:textId="6B30AD62" w:rsidR="00E663B9" w:rsidRPr="00A64FF3" w:rsidRDefault="00000000" w:rsidP="00AB3DC9">
            <w:pPr>
              <w:rPr>
                <w:lang w:val="cs-CZ"/>
              </w:rPr>
            </w:pPr>
            <w:r w:rsidRPr="00A64FF3">
              <w:rPr>
                <w:lang w:val="cs-CZ"/>
              </w:rPr>
              <w:t>Identifikační, kontaktní</w:t>
            </w:r>
            <w:r w:rsidRPr="00A64FF3">
              <w:rPr>
                <w:lang w:val="cs-CZ"/>
              </w:rPr>
              <w:br/>
              <w:t>Záznamy o zapojení do aktivit</w:t>
            </w:r>
            <w:r w:rsidRPr="00A64FF3">
              <w:rPr>
                <w:lang w:val="cs-CZ"/>
              </w:rPr>
              <w:br/>
              <w:t>Propagační fotografie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2E863" w14:textId="77777777" w:rsidR="00E663B9" w:rsidRPr="00A64FF3" w:rsidRDefault="00000000" w:rsidP="00AB3DC9">
            <w:pPr>
              <w:rPr>
                <w:lang w:val="cs-CZ"/>
              </w:rPr>
            </w:pPr>
            <w:r w:rsidRPr="00A64FF3">
              <w:rPr>
                <w:lang w:val="cs-CZ"/>
              </w:rPr>
              <w:t>Smluvní vztah + 5 let od ukončení (fotografie do odvolání souhlasu)</w:t>
            </w:r>
          </w:p>
        </w:tc>
      </w:tr>
    </w:tbl>
    <w:p w14:paraId="29EBB0F1" w14:textId="77777777" w:rsidR="00E663B9" w:rsidRPr="00A64FF3" w:rsidRDefault="00E663B9" w:rsidP="00A64FF3">
      <w:pPr>
        <w:jc w:val="both"/>
        <w:rPr>
          <w:lang w:val="cs-CZ"/>
        </w:rPr>
      </w:pPr>
    </w:p>
    <w:p w14:paraId="51EFD435" w14:textId="77777777" w:rsidR="00E663B9" w:rsidRPr="008532A8" w:rsidRDefault="00000000" w:rsidP="00A64FF3">
      <w:pPr>
        <w:jc w:val="both"/>
        <w:rPr>
          <w:b/>
          <w:bCs/>
          <w:lang w:val="cs-CZ"/>
        </w:rPr>
      </w:pPr>
      <w:r w:rsidRPr="008532A8">
        <w:rPr>
          <w:b/>
          <w:bCs/>
          <w:lang w:val="cs-CZ"/>
        </w:rPr>
        <w:t>IV. Doba uchovávání osobních údajů</w:t>
      </w:r>
    </w:p>
    <w:p w14:paraId="78ACDA1B" w14:textId="77777777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Správce uchovává osobní údaje pouze po dobu, která je nezbytně nutná pro splnění účelu, pro který byly shromážděny, a následně po dobu vyžadovanou zákonnými předpisy o archivaci:</w:t>
      </w:r>
    </w:p>
    <w:p w14:paraId="1A382A62" w14:textId="72E1FDEC" w:rsidR="00E663B9" w:rsidRPr="00AB3DC9" w:rsidRDefault="00000000" w:rsidP="00AB3DC9">
      <w:pPr>
        <w:pStyle w:val="Odstavecseseznamem"/>
        <w:numPr>
          <w:ilvl w:val="0"/>
          <w:numId w:val="12"/>
        </w:numPr>
        <w:jc w:val="both"/>
        <w:rPr>
          <w:lang w:val="cs-CZ"/>
        </w:rPr>
      </w:pPr>
      <w:r w:rsidRPr="00AB3DC9">
        <w:rPr>
          <w:lang w:val="cs-CZ"/>
        </w:rPr>
        <w:t xml:space="preserve">Smluvní dokumentace a klientský spis: Po celou dobu trvání smluvního vztahu o poskytování sociální služby a následně po dobu 10 let od konce kalendářního roku, v němž bylo poskytování služby ukončeno (v souladu s promlčecími lhůtami pro obhajobu právních nároků a </w:t>
      </w:r>
      <w:r w:rsidRPr="00AB3DC9">
        <w:rPr>
          <w:i/>
          <w:iCs/>
          <w:lang w:val="cs-CZ"/>
        </w:rPr>
        <w:t xml:space="preserve">Spisovým a skartačním řádem </w:t>
      </w:r>
      <w:r w:rsidR="00AB3DC9">
        <w:rPr>
          <w:i/>
          <w:iCs/>
          <w:lang w:val="cs-CZ"/>
        </w:rPr>
        <w:t>Sociálních služeb města Velké Meziříčí</w:t>
      </w:r>
      <w:r w:rsidRPr="00AB3DC9">
        <w:rPr>
          <w:lang w:val="cs-CZ"/>
        </w:rPr>
        <w:t>).</w:t>
      </w:r>
    </w:p>
    <w:p w14:paraId="77BEACB8" w14:textId="378A6233" w:rsidR="00E663B9" w:rsidRPr="00AB3DC9" w:rsidRDefault="00000000" w:rsidP="00AB3DC9">
      <w:pPr>
        <w:pStyle w:val="Odstavecseseznamem"/>
        <w:numPr>
          <w:ilvl w:val="0"/>
          <w:numId w:val="12"/>
        </w:numPr>
        <w:jc w:val="both"/>
        <w:rPr>
          <w:lang w:val="cs-CZ"/>
        </w:rPr>
      </w:pPr>
      <w:r w:rsidRPr="00AB3DC9">
        <w:rPr>
          <w:lang w:val="cs-CZ"/>
        </w:rPr>
        <w:t>Účetní a daňové doklady (faktury, vyúčtování): Jsou uchovávány po dobu 10 let od konce účetního období, ve kterém došlo k</w:t>
      </w:r>
      <w:r w:rsidR="00AB3DC9">
        <w:rPr>
          <w:lang w:val="cs-CZ"/>
        </w:rPr>
        <w:t> </w:t>
      </w:r>
      <w:r w:rsidRPr="00AB3DC9">
        <w:rPr>
          <w:lang w:val="cs-CZ"/>
        </w:rPr>
        <w:t>plnění</w:t>
      </w:r>
      <w:r w:rsidR="00AB3DC9">
        <w:rPr>
          <w:lang w:val="cs-CZ"/>
        </w:rPr>
        <w:t>.</w:t>
      </w:r>
    </w:p>
    <w:p w14:paraId="68F4F4BE" w14:textId="5093628E" w:rsidR="00E663B9" w:rsidRPr="00AB3DC9" w:rsidRDefault="00000000" w:rsidP="00AB3DC9">
      <w:pPr>
        <w:pStyle w:val="Odstavecseseznamem"/>
        <w:numPr>
          <w:ilvl w:val="0"/>
          <w:numId w:val="12"/>
        </w:numPr>
        <w:jc w:val="both"/>
        <w:rPr>
          <w:lang w:val="cs-CZ"/>
        </w:rPr>
      </w:pPr>
      <w:r w:rsidRPr="00AB3DC9">
        <w:rPr>
          <w:lang w:val="cs-CZ"/>
        </w:rPr>
        <w:t>Žádosti zájemců o službu (v případě neumístění / pořadníku): Jsou uchovávány po dobu zařazení v pořadníku zájemců</w:t>
      </w:r>
      <w:r w:rsidR="00AB3DC9">
        <w:rPr>
          <w:lang w:val="cs-CZ"/>
        </w:rPr>
        <w:t>*zájemkyň</w:t>
      </w:r>
      <w:r w:rsidRPr="00AB3DC9">
        <w:rPr>
          <w:lang w:val="cs-CZ"/>
        </w:rPr>
        <w:t>. V případě vyřazení z evidence jsou osobní údaje vymazány nebo vráceny do 1 roku od vyřazení.</w:t>
      </w:r>
    </w:p>
    <w:p w14:paraId="185E1E6D" w14:textId="081FA1CD" w:rsidR="00E663B9" w:rsidRPr="00AB3DC9" w:rsidRDefault="00000000" w:rsidP="00AB3DC9">
      <w:pPr>
        <w:pStyle w:val="Odstavecseseznamem"/>
        <w:numPr>
          <w:ilvl w:val="0"/>
          <w:numId w:val="12"/>
        </w:numPr>
        <w:jc w:val="both"/>
        <w:rPr>
          <w:lang w:val="cs-CZ"/>
        </w:rPr>
      </w:pPr>
      <w:r w:rsidRPr="00AB3DC9">
        <w:rPr>
          <w:lang w:val="cs-CZ"/>
        </w:rPr>
        <w:t>Údaje zpracovávané na základě souhlasu (prezentační fotografie): Jsou zpracovávány po dobu trvání souhlasu, nejdéle však 5 let od pořízení, pokud nedojde k dřívějšímu odvolání souhlasu.</w:t>
      </w:r>
    </w:p>
    <w:p w14:paraId="6DC209AC" w14:textId="76240A8C" w:rsidR="00E663B9" w:rsidRPr="00AB3DC9" w:rsidRDefault="00000000" w:rsidP="00AB3DC9">
      <w:pPr>
        <w:pStyle w:val="Odstavecseseznamem"/>
        <w:numPr>
          <w:ilvl w:val="0"/>
          <w:numId w:val="12"/>
        </w:numPr>
        <w:jc w:val="both"/>
        <w:rPr>
          <w:lang w:val="cs-CZ"/>
        </w:rPr>
      </w:pPr>
      <w:r w:rsidRPr="00AB3DC9">
        <w:rPr>
          <w:lang w:val="cs-CZ"/>
        </w:rPr>
        <w:t>Kamerové záznamy (pokud jsou provozovány): Jsou uchovávány ve smyčce po dobu maximálně 3 až 7 dnů (slouží pouze k ochraně bezpečnosti a majetku), poté jsou automaticky přemazány.</w:t>
      </w:r>
    </w:p>
    <w:p w14:paraId="47F9EFAA" w14:textId="77777777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Po uplynutí archivačních a skartačních lhůt správce osobní údaje bezpečně zničí (skartací papírových dokumentů, nevratným smazáním z pevných disků a klientského softwaru).</w:t>
      </w:r>
    </w:p>
    <w:p w14:paraId="5A6C210D" w14:textId="77777777" w:rsidR="00E663B9" w:rsidRPr="008532A8" w:rsidRDefault="00000000" w:rsidP="00A64FF3">
      <w:pPr>
        <w:jc w:val="both"/>
        <w:rPr>
          <w:b/>
          <w:bCs/>
          <w:lang w:val="cs-CZ"/>
        </w:rPr>
      </w:pPr>
      <w:r w:rsidRPr="008532A8">
        <w:rPr>
          <w:b/>
          <w:bCs/>
          <w:lang w:val="cs-CZ"/>
        </w:rPr>
        <w:t>V. Příjemci osobních údajů a předávání třetím stranám</w:t>
      </w:r>
    </w:p>
    <w:p w14:paraId="013CD6D4" w14:textId="3C32E0E1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lastRenderedPageBreak/>
        <w:t>Všichni zaměstnanci</w:t>
      </w:r>
      <w:r w:rsidR="00AB3DC9">
        <w:rPr>
          <w:lang w:val="cs-CZ"/>
        </w:rPr>
        <w:t>*všechny zaměstnankyně</w:t>
      </w:r>
      <w:r w:rsidRPr="00A64FF3">
        <w:rPr>
          <w:lang w:val="cs-CZ"/>
        </w:rPr>
        <w:t xml:space="preserve"> správce jsou vázáni přísnou mlčenlivostí o všech skutečnostech, o nichž se dozvěděli při poskytování sociální služby. Osobní údaje klientů</w:t>
      </w:r>
      <w:r w:rsidR="00AB3DC9">
        <w:rPr>
          <w:lang w:val="cs-CZ"/>
        </w:rPr>
        <w:t>*klientek</w:t>
      </w:r>
      <w:r w:rsidRPr="00A64FF3">
        <w:rPr>
          <w:lang w:val="cs-CZ"/>
        </w:rPr>
        <w:t xml:space="preserve"> jsou předávány třetím stranám pouze v případech, kdy to vyžaduje zákon, nebo pokud je to nezbytné pro splnění smlouvy:</w:t>
      </w:r>
    </w:p>
    <w:p w14:paraId="160A3419" w14:textId="10483380" w:rsidR="00E663B9" w:rsidRPr="00AB3DC9" w:rsidRDefault="00000000" w:rsidP="00AB3DC9">
      <w:pPr>
        <w:pStyle w:val="Odstavecseseznamem"/>
        <w:numPr>
          <w:ilvl w:val="0"/>
          <w:numId w:val="12"/>
        </w:numPr>
        <w:jc w:val="both"/>
        <w:rPr>
          <w:lang w:val="cs-CZ"/>
        </w:rPr>
      </w:pPr>
      <w:r w:rsidRPr="00AB3DC9">
        <w:rPr>
          <w:u w:val="single"/>
          <w:lang w:val="cs-CZ"/>
        </w:rPr>
        <w:t>Orgány státní správy a samosprávy:</w:t>
      </w:r>
      <w:r w:rsidRPr="00AB3DC9">
        <w:rPr>
          <w:lang w:val="cs-CZ"/>
        </w:rPr>
        <w:t xml:space="preserve"> Ministerstvo práce a sociálních věcí </w:t>
      </w:r>
      <w:r w:rsidR="00AB3DC9">
        <w:rPr>
          <w:lang w:val="cs-CZ"/>
        </w:rPr>
        <w:t xml:space="preserve">ČR </w:t>
      </w:r>
      <w:r w:rsidRPr="00AB3DC9">
        <w:rPr>
          <w:lang w:val="cs-CZ"/>
        </w:rPr>
        <w:t>(MPSV</w:t>
      </w:r>
      <w:r w:rsidR="00AB3DC9">
        <w:rPr>
          <w:lang w:val="cs-CZ"/>
        </w:rPr>
        <w:t xml:space="preserve"> ČR</w:t>
      </w:r>
      <w:r w:rsidRPr="00AB3DC9">
        <w:rPr>
          <w:lang w:val="cs-CZ"/>
        </w:rPr>
        <w:t>) pro účely hlášení a kontrol, Krajský úřad Kraje Vysočina (registrační a kontrolní orgán)</w:t>
      </w:r>
      <w:r w:rsidR="00AB3DC9">
        <w:rPr>
          <w:lang w:val="cs-CZ"/>
        </w:rPr>
        <w:t xml:space="preserve"> </w:t>
      </w:r>
      <w:r w:rsidRPr="00AB3DC9">
        <w:rPr>
          <w:lang w:val="cs-CZ"/>
        </w:rPr>
        <w:t>a</w:t>
      </w:r>
      <w:r w:rsidR="00AB3DC9">
        <w:rPr>
          <w:lang w:val="cs-CZ"/>
        </w:rPr>
        <w:t> </w:t>
      </w:r>
      <w:r w:rsidRPr="00AB3DC9">
        <w:rPr>
          <w:lang w:val="cs-CZ"/>
        </w:rPr>
        <w:t>zřizovatel (město Velké Meziříčí) v rámci výkonu finanční kontroly a statistiky.</w:t>
      </w:r>
    </w:p>
    <w:p w14:paraId="207D5596" w14:textId="6FCF2692" w:rsidR="00E663B9" w:rsidRPr="00AB3DC9" w:rsidRDefault="00000000" w:rsidP="00AB3DC9">
      <w:pPr>
        <w:pStyle w:val="Odstavecseseznamem"/>
        <w:numPr>
          <w:ilvl w:val="0"/>
          <w:numId w:val="12"/>
        </w:numPr>
        <w:jc w:val="both"/>
        <w:rPr>
          <w:lang w:val="cs-CZ"/>
        </w:rPr>
      </w:pPr>
      <w:r w:rsidRPr="00AB3DC9">
        <w:rPr>
          <w:u w:val="single"/>
          <w:lang w:val="cs-CZ"/>
        </w:rPr>
        <w:t>Poskytovatelé zdravotních služeb</w:t>
      </w:r>
      <w:r w:rsidRPr="00AB3DC9">
        <w:rPr>
          <w:lang w:val="cs-CZ"/>
        </w:rPr>
        <w:t xml:space="preserve">: Ošetřující lékař klienta nebo Zdravotnická záchranná služba </w:t>
      </w:r>
      <w:r w:rsidR="00AB3DC9">
        <w:rPr>
          <w:lang w:val="cs-CZ"/>
        </w:rPr>
        <w:t xml:space="preserve">Kraje Vysočina </w:t>
      </w:r>
      <w:r w:rsidRPr="00AB3DC9">
        <w:rPr>
          <w:lang w:val="cs-CZ"/>
        </w:rPr>
        <w:t>v případě náhlého zhoršení zdravotního stavu klienta</w:t>
      </w:r>
      <w:r w:rsidR="00AB3DC9">
        <w:rPr>
          <w:lang w:val="cs-CZ"/>
        </w:rPr>
        <w:t>*klientky</w:t>
      </w:r>
      <w:r w:rsidRPr="00AB3DC9">
        <w:rPr>
          <w:lang w:val="cs-CZ"/>
        </w:rPr>
        <w:t>, kdy je ohrožen jeho</w:t>
      </w:r>
      <w:r w:rsidR="00AB3DC9">
        <w:rPr>
          <w:lang w:val="cs-CZ"/>
        </w:rPr>
        <w:t>*její</w:t>
      </w:r>
      <w:r w:rsidRPr="00AB3DC9">
        <w:rPr>
          <w:lang w:val="cs-CZ"/>
        </w:rPr>
        <w:t xml:space="preserve"> život nebo zdraví.</w:t>
      </w:r>
    </w:p>
    <w:p w14:paraId="03492ACF" w14:textId="1F395CFF" w:rsidR="00E663B9" w:rsidRPr="00AB3DC9" w:rsidRDefault="00000000" w:rsidP="00AB3DC9">
      <w:pPr>
        <w:pStyle w:val="Odstavecseseznamem"/>
        <w:numPr>
          <w:ilvl w:val="0"/>
          <w:numId w:val="12"/>
        </w:numPr>
        <w:jc w:val="both"/>
        <w:rPr>
          <w:lang w:val="cs-CZ"/>
        </w:rPr>
      </w:pPr>
      <w:r w:rsidRPr="00AB3DC9">
        <w:rPr>
          <w:u w:val="single"/>
          <w:lang w:val="cs-CZ"/>
        </w:rPr>
        <w:t>Opatrovníci</w:t>
      </w:r>
      <w:r w:rsidR="00AB3DC9">
        <w:rPr>
          <w:u w:val="single"/>
          <w:lang w:val="cs-CZ"/>
        </w:rPr>
        <w:t>*opatrovnice</w:t>
      </w:r>
      <w:r w:rsidRPr="00AB3DC9">
        <w:rPr>
          <w:u w:val="single"/>
          <w:lang w:val="cs-CZ"/>
        </w:rPr>
        <w:t xml:space="preserve"> a rodinní příslušníci</w:t>
      </w:r>
      <w:r w:rsidR="00AB3DC9">
        <w:rPr>
          <w:u w:val="single"/>
          <w:lang w:val="cs-CZ"/>
        </w:rPr>
        <w:t>*příslušnice</w:t>
      </w:r>
      <w:r w:rsidRPr="00AB3DC9">
        <w:rPr>
          <w:lang w:val="cs-CZ"/>
        </w:rPr>
        <w:t>: Opatrovníci</w:t>
      </w:r>
      <w:r w:rsidR="00AB3DC9">
        <w:rPr>
          <w:lang w:val="cs-CZ"/>
        </w:rPr>
        <w:t>*</w:t>
      </w:r>
      <w:proofErr w:type="spellStart"/>
      <w:r w:rsidR="00AB3DC9">
        <w:rPr>
          <w:lang w:val="cs-CZ"/>
        </w:rPr>
        <w:t>opratrovnice</w:t>
      </w:r>
      <w:proofErr w:type="spellEnd"/>
      <w:r w:rsidRPr="00AB3DC9">
        <w:rPr>
          <w:lang w:val="cs-CZ"/>
        </w:rPr>
        <w:t xml:space="preserve"> jmenovaní</w:t>
      </w:r>
      <w:r w:rsidR="00AB3DC9">
        <w:rPr>
          <w:lang w:val="cs-CZ"/>
        </w:rPr>
        <w:t>*jmenované</w:t>
      </w:r>
      <w:r w:rsidRPr="00AB3DC9">
        <w:rPr>
          <w:lang w:val="cs-CZ"/>
        </w:rPr>
        <w:t xml:space="preserve"> soudem (v rozsahu rozhodnutí soudu). Rodinní příslušníci</w:t>
      </w:r>
      <w:r w:rsidR="00AB3DC9">
        <w:rPr>
          <w:lang w:val="cs-CZ"/>
        </w:rPr>
        <w:t>*příslušnice</w:t>
      </w:r>
      <w:r w:rsidRPr="00AB3DC9">
        <w:rPr>
          <w:lang w:val="cs-CZ"/>
        </w:rPr>
        <w:t xml:space="preserve"> a blízké osoby jsou o stavu klienta</w:t>
      </w:r>
      <w:r w:rsidR="00AB3DC9">
        <w:rPr>
          <w:lang w:val="cs-CZ"/>
        </w:rPr>
        <w:t>*klientky</w:t>
      </w:r>
      <w:r w:rsidRPr="00AB3DC9">
        <w:rPr>
          <w:lang w:val="cs-CZ"/>
        </w:rPr>
        <w:t xml:space="preserve"> a průběhu služby informováni pouze na základě výslovného písemného souhlasu klienta</w:t>
      </w:r>
      <w:r w:rsidR="00AB3DC9">
        <w:rPr>
          <w:lang w:val="cs-CZ"/>
        </w:rPr>
        <w:t>*klientky</w:t>
      </w:r>
      <w:r w:rsidRPr="00AB3DC9">
        <w:rPr>
          <w:lang w:val="cs-CZ"/>
        </w:rPr>
        <w:t>.</w:t>
      </w:r>
    </w:p>
    <w:p w14:paraId="28FBF1B9" w14:textId="224A9EB8" w:rsidR="00E663B9" w:rsidRPr="00AB3DC9" w:rsidRDefault="00000000" w:rsidP="00AB3DC9">
      <w:pPr>
        <w:pStyle w:val="Odstavecseseznamem"/>
        <w:numPr>
          <w:ilvl w:val="0"/>
          <w:numId w:val="12"/>
        </w:numPr>
        <w:jc w:val="both"/>
        <w:rPr>
          <w:lang w:val="cs-CZ"/>
        </w:rPr>
      </w:pPr>
      <w:r w:rsidRPr="008532A8">
        <w:rPr>
          <w:u w:val="single"/>
          <w:lang w:val="cs-CZ"/>
        </w:rPr>
        <w:t>Zpracovatelé osobních údajů (smluvní partneři):</w:t>
      </w:r>
      <w:r w:rsidRPr="00AB3DC9">
        <w:rPr>
          <w:lang w:val="cs-CZ"/>
        </w:rPr>
        <w:t xml:space="preserve"> Dodavatelé softwarových řešení a IT systémů pro vedení sociální dokumentace (např. systém CYGNUS</w:t>
      </w:r>
      <w:r w:rsidR="00AB3DC9">
        <w:rPr>
          <w:lang w:val="cs-CZ"/>
        </w:rPr>
        <w:t xml:space="preserve"> II</w:t>
      </w:r>
      <w:r w:rsidRPr="00AB3DC9">
        <w:rPr>
          <w:lang w:val="cs-CZ"/>
        </w:rPr>
        <w:t xml:space="preserve"> od společnosti </w:t>
      </w:r>
      <w:r w:rsidR="008532A8">
        <w:rPr>
          <w:lang w:val="cs-CZ"/>
        </w:rPr>
        <w:t>IRESOFT</w:t>
      </w:r>
      <w:r w:rsidRPr="00AB3DC9">
        <w:rPr>
          <w:lang w:val="cs-CZ"/>
        </w:rPr>
        <w:t xml:space="preserve"> s.r.o.) a externí poskytovatelé IT podpory. S těmito zpracovateli má správce uzavřeny písemné smlouvy o zpracování osobních údajů podle čl. 28 GDPR s přísnými bezpečnostními zárukami.</w:t>
      </w:r>
    </w:p>
    <w:p w14:paraId="64750FF9" w14:textId="77777777" w:rsidR="00E663B9" w:rsidRPr="008532A8" w:rsidRDefault="00000000" w:rsidP="008532A8">
      <w:pPr>
        <w:jc w:val="both"/>
        <w:rPr>
          <w:lang w:val="cs-CZ"/>
        </w:rPr>
      </w:pPr>
      <w:r w:rsidRPr="008532A8">
        <w:rPr>
          <w:lang w:val="cs-CZ"/>
        </w:rPr>
        <w:t>Správce důrazně prohlašuje, že neprodává, nepronajímá ani nepředává osobní údaje komerčním třetím stranám a nemá v úmyslu předat osobní údaje do třetích zemí (mimo Evropskou unii / Evropský hospodářský prostor) ani mezinárodním organizacím.</w:t>
      </w:r>
    </w:p>
    <w:p w14:paraId="6E9A0401" w14:textId="77777777" w:rsidR="008532A8" w:rsidRDefault="008532A8" w:rsidP="00A64FF3">
      <w:pPr>
        <w:jc w:val="both"/>
        <w:rPr>
          <w:lang w:val="cs-CZ"/>
        </w:rPr>
      </w:pPr>
    </w:p>
    <w:p w14:paraId="79F2C0C5" w14:textId="14D5F162" w:rsidR="00E663B9" w:rsidRPr="008532A8" w:rsidRDefault="00000000" w:rsidP="00A64FF3">
      <w:pPr>
        <w:jc w:val="both"/>
        <w:rPr>
          <w:b/>
          <w:bCs/>
          <w:lang w:val="cs-CZ"/>
        </w:rPr>
      </w:pPr>
      <w:r w:rsidRPr="008532A8">
        <w:rPr>
          <w:b/>
          <w:bCs/>
          <w:lang w:val="cs-CZ"/>
        </w:rPr>
        <w:t>VI. Práva subjektů údajů</w:t>
      </w:r>
    </w:p>
    <w:p w14:paraId="70DA5115" w14:textId="5B046B71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Nařízení GDPR zaručuje klientům</w:t>
      </w:r>
      <w:r w:rsidR="008532A8">
        <w:rPr>
          <w:lang w:val="cs-CZ"/>
        </w:rPr>
        <w:t>*klientkám</w:t>
      </w:r>
      <w:r w:rsidRPr="00A64FF3">
        <w:rPr>
          <w:lang w:val="cs-CZ"/>
        </w:rPr>
        <w:t xml:space="preserve"> (případně jejich opatrovníkům</w:t>
      </w:r>
      <w:r w:rsidR="008532A8">
        <w:rPr>
          <w:lang w:val="cs-CZ"/>
        </w:rPr>
        <w:t>*opatrovnicím</w:t>
      </w:r>
      <w:r w:rsidRPr="00A64FF3">
        <w:rPr>
          <w:lang w:val="cs-CZ"/>
        </w:rPr>
        <w:t xml:space="preserve"> a</w:t>
      </w:r>
      <w:r w:rsidR="008532A8">
        <w:rPr>
          <w:lang w:val="cs-CZ"/>
        </w:rPr>
        <w:t> </w:t>
      </w:r>
      <w:r w:rsidRPr="00A64FF3">
        <w:rPr>
          <w:lang w:val="cs-CZ"/>
        </w:rPr>
        <w:t>zákonným zástupcům</w:t>
      </w:r>
      <w:r w:rsidR="008532A8">
        <w:rPr>
          <w:lang w:val="cs-CZ"/>
        </w:rPr>
        <w:t>*zástupkyním</w:t>
      </w:r>
      <w:r w:rsidRPr="00A64FF3">
        <w:rPr>
          <w:lang w:val="cs-CZ"/>
        </w:rPr>
        <w:t>) silná práva v souvislosti s jejich osobními údaji. Mezi tato práva patří:</w:t>
      </w:r>
    </w:p>
    <w:p w14:paraId="026574B7" w14:textId="66E941C2" w:rsidR="00E663B9" w:rsidRPr="008532A8" w:rsidRDefault="00000000" w:rsidP="008532A8">
      <w:pPr>
        <w:pStyle w:val="Odstavecseseznamem"/>
        <w:numPr>
          <w:ilvl w:val="0"/>
          <w:numId w:val="12"/>
        </w:numPr>
        <w:jc w:val="both"/>
        <w:rPr>
          <w:lang w:val="cs-CZ"/>
        </w:rPr>
      </w:pPr>
      <w:r w:rsidRPr="008532A8">
        <w:rPr>
          <w:lang w:val="cs-CZ"/>
        </w:rPr>
        <w:t>Právo na přístup k osobním údajům (čl. 15 GDPR): Právo požadovat od správce potvrzení, zda jsou Vaše osobní údaje zpracovávány, a pokud ano, máte právo nahlížet do své klientské dokumentace a získat bezplatně její kopii.</w:t>
      </w:r>
    </w:p>
    <w:p w14:paraId="093B3B1E" w14:textId="479E4BB3" w:rsidR="00E663B9" w:rsidRPr="008532A8" w:rsidRDefault="00000000" w:rsidP="008532A8">
      <w:pPr>
        <w:pStyle w:val="Odstavecseseznamem"/>
        <w:numPr>
          <w:ilvl w:val="0"/>
          <w:numId w:val="12"/>
        </w:numPr>
        <w:jc w:val="both"/>
        <w:rPr>
          <w:lang w:val="cs-CZ"/>
        </w:rPr>
      </w:pPr>
      <w:r w:rsidRPr="008532A8">
        <w:rPr>
          <w:lang w:val="cs-CZ"/>
        </w:rPr>
        <w:t>Právo na opravu osobních údajů (čl. 16 GDPR): Právo požadovat, aby správce bez zbytečného odkladu opravil nepřesné nebo neúplné údaje, které o Vás eviduje.</w:t>
      </w:r>
    </w:p>
    <w:p w14:paraId="4057AEF0" w14:textId="6CB0C282" w:rsidR="00E663B9" w:rsidRPr="008532A8" w:rsidRDefault="00000000" w:rsidP="008532A8">
      <w:pPr>
        <w:pStyle w:val="Odstavecseseznamem"/>
        <w:numPr>
          <w:ilvl w:val="0"/>
          <w:numId w:val="12"/>
        </w:numPr>
        <w:jc w:val="both"/>
        <w:rPr>
          <w:lang w:val="cs-CZ"/>
        </w:rPr>
      </w:pPr>
      <w:r w:rsidRPr="008532A8">
        <w:rPr>
          <w:lang w:val="cs-CZ"/>
        </w:rPr>
        <w:t>Právo na výmaz osobních údajů (čl. 17 GDPR): Právo požadovat smazání údajů („právo být zapomenut“). Upozorňujeme, že toto právo nelze uplatnit u údajů, které je správce povinen uchovávat na základě zákona o sociálních službách (klientský spis po dobu skartační lhůty). Vztahuje se však plně na údaje zpracovávané na základě souhlasu.</w:t>
      </w:r>
    </w:p>
    <w:p w14:paraId="7EDF1121" w14:textId="0ABCB38C" w:rsidR="00E663B9" w:rsidRPr="008532A8" w:rsidRDefault="00000000" w:rsidP="008532A8">
      <w:pPr>
        <w:pStyle w:val="Odstavecseseznamem"/>
        <w:numPr>
          <w:ilvl w:val="0"/>
          <w:numId w:val="12"/>
        </w:numPr>
        <w:jc w:val="both"/>
        <w:rPr>
          <w:lang w:val="cs-CZ"/>
        </w:rPr>
      </w:pPr>
      <w:r w:rsidRPr="008532A8">
        <w:rPr>
          <w:lang w:val="cs-CZ"/>
        </w:rPr>
        <w:t>Právo na omezení zpracování (čl. 18 GDPR): Právo požadovat, aby správce omezil nakládání s Vašimi údaji (např. pokud rozporujete jejich přesnost, do doby ověření přesnosti).</w:t>
      </w:r>
    </w:p>
    <w:p w14:paraId="4EA11BBE" w14:textId="5AF46EF4" w:rsidR="00E663B9" w:rsidRPr="008532A8" w:rsidRDefault="00000000" w:rsidP="008532A8">
      <w:pPr>
        <w:pStyle w:val="Odstavecseseznamem"/>
        <w:numPr>
          <w:ilvl w:val="0"/>
          <w:numId w:val="12"/>
        </w:numPr>
        <w:jc w:val="both"/>
        <w:rPr>
          <w:lang w:val="cs-CZ"/>
        </w:rPr>
      </w:pPr>
      <w:r w:rsidRPr="008532A8">
        <w:rPr>
          <w:lang w:val="cs-CZ"/>
        </w:rPr>
        <w:t>Právo na přenositelnost údajů (čl. 20 GDPR): Právo získat své osobní údaje ve strukturovaném, běžně používaném a strojově čitelném formátu a předat je jinému poskytovateli sociálních služeb.</w:t>
      </w:r>
    </w:p>
    <w:p w14:paraId="15B23280" w14:textId="540C37F1" w:rsidR="00E663B9" w:rsidRPr="008532A8" w:rsidRDefault="00000000" w:rsidP="008532A8">
      <w:pPr>
        <w:pStyle w:val="Odstavecseseznamem"/>
        <w:numPr>
          <w:ilvl w:val="0"/>
          <w:numId w:val="12"/>
        </w:numPr>
        <w:jc w:val="both"/>
        <w:rPr>
          <w:lang w:val="cs-CZ"/>
        </w:rPr>
      </w:pPr>
      <w:r w:rsidRPr="008532A8">
        <w:rPr>
          <w:lang w:val="cs-CZ"/>
        </w:rPr>
        <w:lastRenderedPageBreak/>
        <w:t>Právo vznést námitku proti zpracování (čl. 21 GDPR): Pokud jsou údaje zpracovávány na základě oprávněného zájmu správce, máte právo vznést námitku. Správce údaje dále nezpracovává, pokud neprokáže závažné oprávněné důvody pro zpracování.</w:t>
      </w:r>
    </w:p>
    <w:p w14:paraId="7048103E" w14:textId="6AC75F58" w:rsidR="00E663B9" w:rsidRPr="008532A8" w:rsidRDefault="00000000" w:rsidP="008532A8">
      <w:pPr>
        <w:pStyle w:val="Odstavecseseznamem"/>
        <w:numPr>
          <w:ilvl w:val="0"/>
          <w:numId w:val="12"/>
        </w:numPr>
        <w:jc w:val="both"/>
        <w:rPr>
          <w:lang w:val="cs-CZ"/>
        </w:rPr>
      </w:pPr>
      <w:r w:rsidRPr="008532A8">
        <w:rPr>
          <w:lang w:val="cs-CZ"/>
        </w:rPr>
        <w:t>Právo odvolat souhlas se zpracováním: Pokud je zpracování založeno na Vašem souhlasu (např. pořizování fotografií), máte právo tento souhlas kdykoliv odvolat. Odvolání lze provést písemně doručením na adresu správce nebo e-mailem na info@ssmvm.cz. Odvoláním souhlasu není dotčena zákonnost zpracování před jeho odvoláním.</w:t>
      </w:r>
    </w:p>
    <w:p w14:paraId="17A42020" w14:textId="1E32D1F6" w:rsidR="00E663B9" w:rsidRPr="008532A8" w:rsidRDefault="00000000" w:rsidP="008532A8">
      <w:pPr>
        <w:pStyle w:val="Odstavecseseznamem"/>
        <w:numPr>
          <w:ilvl w:val="0"/>
          <w:numId w:val="12"/>
        </w:numPr>
        <w:jc w:val="both"/>
        <w:rPr>
          <w:lang w:val="cs-CZ"/>
        </w:rPr>
      </w:pPr>
      <w:r w:rsidRPr="008532A8">
        <w:rPr>
          <w:lang w:val="cs-CZ"/>
        </w:rPr>
        <w:t>Právo podat stížnost u dozorového úřadu: Pokud se domníváte, že správce zpracovává Vaše osobní údaje v rozporu s GDPR nebo českými zákony, máte právo podat stížnost u:</w:t>
      </w:r>
    </w:p>
    <w:p w14:paraId="67D22E99" w14:textId="77777777" w:rsidR="008532A8" w:rsidRDefault="008532A8" w:rsidP="008532A8">
      <w:pPr>
        <w:rPr>
          <w:lang w:val="cs-CZ"/>
        </w:rPr>
      </w:pPr>
    </w:p>
    <w:p w14:paraId="49EAAA6D" w14:textId="4A98ED3E" w:rsidR="008532A8" w:rsidRDefault="00000000" w:rsidP="008532A8">
      <w:pPr>
        <w:ind w:left="3600"/>
        <w:rPr>
          <w:lang w:val="cs-CZ"/>
        </w:rPr>
      </w:pPr>
      <w:r w:rsidRPr="00A64FF3">
        <w:rPr>
          <w:lang w:val="cs-CZ"/>
        </w:rPr>
        <w:t xml:space="preserve">Úřad pro ochranu osobních údajů </w:t>
      </w:r>
      <w:r w:rsidR="008532A8">
        <w:rPr>
          <w:lang w:val="cs-CZ"/>
        </w:rPr>
        <w:t>České republiky</w:t>
      </w:r>
      <w:r w:rsidRPr="00A64FF3">
        <w:rPr>
          <w:lang w:val="cs-CZ"/>
        </w:rPr>
        <w:br/>
        <w:t>Pplk. Sochora 27</w:t>
      </w:r>
      <w:r w:rsidR="008532A8">
        <w:rPr>
          <w:lang w:val="cs-CZ"/>
        </w:rPr>
        <w:t>,</w:t>
      </w:r>
    </w:p>
    <w:p w14:paraId="35194A87" w14:textId="14DEFF09" w:rsidR="008532A8" w:rsidRDefault="00000000" w:rsidP="008532A8">
      <w:pPr>
        <w:ind w:left="3600"/>
        <w:rPr>
          <w:lang w:val="cs-CZ"/>
        </w:rPr>
      </w:pPr>
      <w:r w:rsidRPr="00A64FF3">
        <w:rPr>
          <w:lang w:val="cs-CZ"/>
        </w:rPr>
        <w:t>170 00 Praha 7</w:t>
      </w:r>
      <w:r w:rsidRPr="00A64FF3">
        <w:rPr>
          <w:lang w:val="cs-CZ"/>
        </w:rPr>
        <w:br/>
      </w:r>
    </w:p>
    <w:p w14:paraId="0E711A02" w14:textId="47697E26" w:rsidR="00E663B9" w:rsidRPr="00A64FF3" w:rsidRDefault="00000000" w:rsidP="008532A8">
      <w:pPr>
        <w:ind w:left="3600"/>
        <w:rPr>
          <w:lang w:val="cs-CZ"/>
        </w:rPr>
      </w:pPr>
      <w:r w:rsidRPr="00A64FF3">
        <w:rPr>
          <w:lang w:val="cs-CZ"/>
        </w:rPr>
        <w:t>Web: www.uoou.cz  |  E-mail: posta@uoou.cz</w:t>
      </w:r>
    </w:p>
    <w:p w14:paraId="054F6B43" w14:textId="77777777" w:rsidR="008532A8" w:rsidRDefault="008532A8" w:rsidP="00A64FF3">
      <w:pPr>
        <w:jc w:val="both"/>
        <w:rPr>
          <w:lang w:val="cs-CZ"/>
        </w:rPr>
      </w:pPr>
    </w:p>
    <w:p w14:paraId="23FF82EA" w14:textId="2BFF899F" w:rsidR="00E663B9" w:rsidRPr="008532A8" w:rsidRDefault="00000000" w:rsidP="00A64FF3">
      <w:pPr>
        <w:jc w:val="both"/>
        <w:rPr>
          <w:b/>
          <w:bCs/>
          <w:lang w:val="cs-CZ"/>
        </w:rPr>
      </w:pPr>
      <w:r w:rsidRPr="008532A8">
        <w:rPr>
          <w:b/>
          <w:bCs/>
          <w:lang w:val="cs-CZ"/>
        </w:rPr>
        <w:t>VII. Zabezpečení osobních údajů</w:t>
      </w:r>
    </w:p>
    <w:p w14:paraId="1C4E09BA" w14:textId="74C2B080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Správce prohlašuje, že přijal veškerá vhodná technická, organizační a administrativní opatření k</w:t>
      </w:r>
      <w:r w:rsidR="008532A8">
        <w:rPr>
          <w:lang w:val="cs-CZ"/>
        </w:rPr>
        <w:t> </w:t>
      </w:r>
      <w:r w:rsidRPr="00A64FF3">
        <w:rPr>
          <w:lang w:val="cs-CZ"/>
        </w:rPr>
        <w:t>maximálnímu zabezpečení osobních údajů svých klientů v souladu s čl. 32 GDPR:</w:t>
      </w:r>
    </w:p>
    <w:p w14:paraId="73FA6243" w14:textId="77777777" w:rsidR="008532A8" w:rsidRDefault="008532A8" w:rsidP="00A64FF3">
      <w:pPr>
        <w:jc w:val="both"/>
        <w:rPr>
          <w:lang w:val="cs-CZ"/>
        </w:rPr>
      </w:pPr>
    </w:p>
    <w:p w14:paraId="78D7D951" w14:textId="6BFA14BC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1. Organizační opatření a mlčenlivost</w:t>
      </w:r>
    </w:p>
    <w:p w14:paraId="0BB8F3D6" w14:textId="7F4509E7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Všichni zaměstnanci</w:t>
      </w:r>
      <w:r w:rsidR="008532A8">
        <w:rPr>
          <w:lang w:val="cs-CZ"/>
        </w:rPr>
        <w:t>*zaměstnankyně</w:t>
      </w:r>
      <w:r w:rsidRPr="00A64FF3">
        <w:rPr>
          <w:lang w:val="cs-CZ"/>
        </w:rPr>
        <w:t xml:space="preserve"> správce jsou vázáni zákonnou mlčenlivostí. Osobní údaje jsou zpřístupněny pouze těm pracovníkům</w:t>
      </w:r>
      <w:r w:rsidR="008532A8">
        <w:rPr>
          <w:lang w:val="cs-CZ"/>
        </w:rPr>
        <w:t>*pracovnicím</w:t>
      </w:r>
      <w:r w:rsidRPr="00A64FF3">
        <w:rPr>
          <w:lang w:val="cs-CZ"/>
        </w:rPr>
        <w:t>, kteří</w:t>
      </w:r>
      <w:r w:rsidR="008532A8">
        <w:rPr>
          <w:lang w:val="cs-CZ"/>
        </w:rPr>
        <w:t>*které</w:t>
      </w:r>
      <w:r w:rsidRPr="00A64FF3">
        <w:rPr>
          <w:lang w:val="cs-CZ"/>
        </w:rPr>
        <w:t xml:space="preserve"> je nezbytně potřebují pro výkon své práce (tzv. zásada minimalizace přístupu). Zaměstnanci</w:t>
      </w:r>
      <w:r w:rsidR="008532A8">
        <w:rPr>
          <w:lang w:val="cs-CZ"/>
        </w:rPr>
        <w:t>*zaměstnankyně</w:t>
      </w:r>
      <w:r w:rsidRPr="00A64FF3">
        <w:rPr>
          <w:lang w:val="cs-CZ"/>
        </w:rPr>
        <w:t xml:space="preserve"> jsou pravidelně školeni v</w:t>
      </w:r>
      <w:r w:rsidR="008532A8">
        <w:rPr>
          <w:lang w:val="cs-CZ"/>
        </w:rPr>
        <w:t> </w:t>
      </w:r>
      <w:r w:rsidRPr="00A64FF3">
        <w:rPr>
          <w:lang w:val="cs-CZ"/>
        </w:rPr>
        <w:t>oblasti bezpečnosti informací a ochrany osobních údajů.</w:t>
      </w:r>
    </w:p>
    <w:p w14:paraId="284372AA" w14:textId="77777777" w:rsidR="008532A8" w:rsidRDefault="008532A8" w:rsidP="00A64FF3">
      <w:pPr>
        <w:jc w:val="both"/>
        <w:rPr>
          <w:lang w:val="cs-CZ"/>
        </w:rPr>
      </w:pPr>
    </w:p>
    <w:p w14:paraId="516F1283" w14:textId="1699E06D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2. Fyzické zabezpečení listinných dokumentů</w:t>
      </w:r>
    </w:p>
    <w:p w14:paraId="2D260727" w14:textId="277217B3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Veškerá papírová dokumentace (smlouvy, klientské spisy, ošetřovatelská dokumentace, lékařské zprávy, individuální plány) je uchovávána v uzamykatelných kartotékách a skříních umístěných v</w:t>
      </w:r>
      <w:r w:rsidR="008532A8">
        <w:rPr>
          <w:lang w:val="cs-CZ"/>
        </w:rPr>
        <w:t> </w:t>
      </w:r>
      <w:r w:rsidRPr="00A64FF3">
        <w:rPr>
          <w:lang w:val="cs-CZ"/>
        </w:rPr>
        <w:t>uzamčených kancelářích. Tyto kanceláře se nacházejí v režimových prostorách správce s</w:t>
      </w:r>
      <w:r w:rsidR="008532A8">
        <w:rPr>
          <w:lang w:val="cs-CZ"/>
        </w:rPr>
        <w:t> </w:t>
      </w:r>
      <w:r w:rsidRPr="00A64FF3">
        <w:rPr>
          <w:lang w:val="cs-CZ"/>
        </w:rPr>
        <w:t>omezeným vstupem cizích osob.</w:t>
      </w:r>
    </w:p>
    <w:p w14:paraId="1EB705CD" w14:textId="77777777" w:rsidR="008532A8" w:rsidRDefault="008532A8" w:rsidP="00A64FF3">
      <w:pPr>
        <w:jc w:val="both"/>
        <w:rPr>
          <w:lang w:val="cs-CZ"/>
        </w:rPr>
      </w:pPr>
    </w:p>
    <w:p w14:paraId="26ED3BA9" w14:textId="3E92BF05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3. Technické zabezpečení elektronických systémů</w:t>
      </w:r>
    </w:p>
    <w:p w14:paraId="761689B9" w14:textId="681B5563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 xml:space="preserve">Elektronická klientská dokumentace je vedena v zabezpečeném specializovaném klientském softwaru. Přístup k počítačům a do klientského softwaru je chráněn, unikátním přihlašovacím jménem a </w:t>
      </w:r>
      <w:r w:rsidR="008532A8" w:rsidRPr="00A64FF3">
        <w:rPr>
          <w:lang w:val="cs-CZ"/>
        </w:rPr>
        <w:t xml:space="preserve">silným </w:t>
      </w:r>
      <w:r w:rsidRPr="00A64FF3">
        <w:rPr>
          <w:lang w:val="cs-CZ"/>
        </w:rPr>
        <w:t>heslem každého zaměstnance. Přístupová oprávnění jsou odstupňována podle pracovních rolí (např. pečovatel</w:t>
      </w:r>
      <w:r w:rsidR="008532A8">
        <w:rPr>
          <w:lang w:val="cs-CZ"/>
        </w:rPr>
        <w:t>*pečovatelka</w:t>
      </w:r>
      <w:r w:rsidRPr="00A64FF3">
        <w:rPr>
          <w:lang w:val="cs-CZ"/>
        </w:rPr>
        <w:t xml:space="preserve"> vidí pouze denní plány a úkony péče, sociální pracovník</w:t>
      </w:r>
      <w:r w:rsidR="008532A8">
        <w:rPr>
          <w:lang w:val="cs-CZ"/>
        </w:rPr>
        <w:t>*pracovnice</w:t>
      </w:r>
      <w:r w:rsidRPr="00A64FF3">
        <w:rPr>
          <w:lang w:val="cs-CZ"/>
        </w:rPr>
        <w:t xml:space="preserve"> kompletní spis</w:t>
      </w:r>
      <w:r w:rsidR="008532A8">
        <w:rPr>
          <w:lang w:val="cs-CZ"/>
        </w:rPr>
        <w:t xml:space="preserve">; </w:t>
      </w:r>
      <w:r w:rsidRPr="00A64FF3">
        <w:rPr>
          <w:lang w:val="cs-CZ"/>
        </w:rPr>
        <w:t>ekonomická účetní pouze podklady k fakturaci).</w:t>
      </w:r>
    </w:p>
    <w:p w14:paraId="62EF6B70" w14:textId="77777777" w:rsidR="008532A8" w:rsidRDefault="008532A8" w:rsidP="00A64FF3">
      <w:pPr>
        <w:jc w:val="both"/>
        <w:rPr>
          <w:lang w:val="cs-CZ"/>
        </w:rPr>
      </w:pPr>
    </w:p>
    <w:p w14:paraId="59AE7B69" w14:textId="6E663AEC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lastRenderedPageBreak/>
        <w:t>4. Zálohování a síťová bezpečnost</w:t>
      </w:r>
    </w:p>
    <w:p w14:paraId="15C15911" w14:textId="77777777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Všechny elektronické systémy správce jsou pravidelně automaticky zálohovány na oddělená bezpečná úložiště, aby se předešlo ztrátě dat. Síťové přenosy a servery jsou chráněny moderními firewally, antivirovými systémy a šifrováním datových toků.</w:t>
      </w:r>
    </w:p>
    <w:p w14:paraId="676DB4DE" w14:textId="77777777" w:rsidR="008532A8" w:rsidRDefault="008532A8" w:rsidP="00A64FF3">
      <w:pPr>
        <w:jc w:val="both"/>
        <w:rPr>
          <w:lang w:val="cs-CZ"/>
        </w:rPr>
      </w:pPr>
    </w:p>
    <w:p w14:paraId="3582A68F" w14:textId="7BA7978B" w:rsidR="00E663B9" w:rsidRPr="008532A8" w:rsidRDefault="00000000" w:rsidP="00A64FF3">
      <w:pPr>
        <w:jc w:val="both"/>
        <w:rPr>
          <w:b/>
          <w:bCs/>
          <w:lang w:val="cs-CZ"/>
        </w:rPr>
      </w:pPr>
      <w:r w:rsidRPr="008532A8">
        <w:rPr>
          <w:b/>
          <w:bCs/>
          <w:lang w:val="cs-CZ"/>
        </w:rPr>
        <w:t>VIII. Závěrečná ustanovení</w:t>
      </w:r>
    </w:p>
    <w:p w14:paraId="703C9D6E" w14:textId="179A9272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 xml:space="preserve">Tyto </w:t>
      </w:r>
      <w:r w:rsidRPr="008532A8">
        <w:rPr>
          <w:i/>
          <w:iCs/>
          <w:lang w:val="cs-CZ"/>
        </w:rPr>
        <w:t>Zásady ochrany osobních údajů</w:t>
      </w:r>
      <w:r w:rsidRPr="00A64FF3">
        <w:rPr>
          <w:lang w:val="cs-CZ"/>
        </w:rPr>
        <w:t xml:space="preserve"> jsou veřejně přístupné. Jsou trvale zveřejněny na internetových stránkách správce na adrese www.ssmvm.cz a zároveň jsou k nahlédnutí v tištěné podobě na úředních deskách / nástěnkách v sídle organizace (Zdenky Vorlové 2001, Velké Meziříčí) a v kancelářích sociálních pracovníků</w:t>
      </w:r>
      <w:r w:rsidR="008532A8">
        <w:rPr>
          <w:lang w:val="cs-CZ"/>
        </w:rPr>
        <w:t>*sociálních pracovnic</w:t>
      </w:r>
      <w:r w:rsidRPr="00A64FF3">
        <w:rPr>
          <w:lang w:val="cs-CZ"/>
        </w:rPr>
        <w:t>.</w:t>
      </w:r>
    </w:p>
    <w:p w14:paraId="60706ADD" w14:textId="77777777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 xml:space="preserve">Správce je oprávněn tyto </w:t>
      </w:r>
      <w:r w:rsidRPr="008532A8">
        <w:rPr>
          <w:i/>
          <w:iCs/>
          <w:lang w:val="cs-CZ"/>
        </w:rPr>
        <w:t>Zásady</w:t>
      </w:r>
      <w:r w:rsidRPr="00A64FF3">
        <w:rPr>
          <w:lang w:val="cs-CZ"/>
        </w:rPr>
        <w:t xml:space="preserve"> v případě změn legislativy, judikatury nebo změny provozních postupů jednostranně změnit či aktualizovat. Jakoukoli novou verzi správce včas zveřejní na výše uvedeném webu a v prostorách organizace.</w:t>
      </w:r>
    </w:p>
    <w:p w14:paraId="543231DF" w14:textId="77777777" w:rsidR="008532A8" w:rsidRDefault="008532A8" w:rsidP="00A64FF3">
      <w:pPr>
        <w:jc w:val="both"/>
        <w:rPr>
          <w:lang w:val="cs-CZ"/>
        </w:rPr>
      </w:pPr>
    </w:p>
    <w:p w14:paraId="53C07B52" w14:textId="76C08EC6" w:rsidR="00E663B9" w:rsidRPr="00A64FF3" w:rsidRDefault="00000000" w:rsidP="00A64FF3">
      <w:pPr>
        <w:jc w:val="both"/>
        <w:rPr>
          <w:lang w:val="cs-CZ"/>
        </w:rPr>
      </w:pPr>
      <w:r w:rsidRPr="00A64FF3">
        <w:rPr>
          <w:lang w:val="cs-CZ"/>
        </w:rPr>
        <w:t>Tyto podmínky a zásady nabývají účinnosti dnem 1. 10. 2026.</w:t>
      </w:r>
    </w:p>
    <w:sectPr w:rsidR="00E663B9" w:rsidRPr="00A64FF3" w:rsidSect="000346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06395" w14:textId="77777777" w:rsidR="00B9027C" w:rsidRDefault="00B9027C">
      <w:pPr>
        <w:spacing w:after="0" w:line="240" w:lineRule="auto"/>
      </w:pPr>
      <w:r>
        <w:separator/>
      </w:r>
    </w:p>
  </w:endnote>
  <w:endnote w:type="continuationSeparator" w:id="0">
    <w:p w14:paraId="5860D099" w14:textId="77777777" w:rsidR="00B9027C" w:rsidRDefault="00B90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1B5F1" w14:textId="77777777" w:rsidR="00B9027C" w:rsidRDefault="00B9027C">
      <w:pPr>
        <w:spacing w:after="0" w:line="240" w:lineRule="auto"/>
      </w:pPr>
      <w:r>
        <w:separator/>
      </w:r>
    </w:p>
  </w:footnote>
  <w:footnote w:type="continuationSeparator" w:id="0">
    <w:p w14:paraId="7E7E3983" w14:textId="77777777" w:rsidR="00B9027C" w:rsidRDefault="00B902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A31EE" w14:textId="6A66A941" w:rsidR="00E663B9" w:rsidRDefault="00E663B9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C60170"/>
    <w:multiLevelType w:val="hybridMultilevel"/>
    <w:tmpl w:val="A574E9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E0267D"/>
    <w:multiLevelType w:val="hybridMultilevel"/>
    <w:tmpl w:val="77CE80C6"/>
    <w:lvl w:ilvl="0" w:tplc="81E6EE02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216679"/>
    <w:multiLevelType w:val="hybridMultilevel"/>
    <w:tmpl w:val="0F3CC5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862F1B"/>
    <w:multiLevelType w:val="hybridMultilevel"/>
    <w:tmpl w:val="A73404A8"/>
    <w:lvl w:ilvl="0" w:tplc="81E6EE02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EF69A8"/>
    <w:multiLevelType w:val="hybridMultilevel"/>
    <w:tmpl w:val="6AE2CB1C"/>
    <w:lvl w:ilvl="0" w:tplc="81E6EE02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257587">
    <w:abstractNumId w:val="8"/>
  </w:num>
  <w:num w:numId="2" w16cid:durableId="642008401">
    <w:abstractNumId w:val="6"/>
  </w:num>
  <w:num w:numId="3" w16cid:durableId="832768472">
    <w:abstractNumId w:val="5"/>
  </w:num>
  <w:num w:numId="4" w16cid:durableId="296955162">
    <w:abstractNumId w:val="4"/>
  </w:num>
  <w:num w:numId="5" w16cid:durableId="737552312">
    <w:abstractNumId w:val="7"/>
  </w:num>
  <w:num w:numId="6" w16cid:durableId="1609006774">
    <w:abstractNumId w:val="3"/>
  </w:num>
  <w:num w:numId="7" w16cid:durableId="1753970502">
    <w:abstractNumId w:val="2"/>
  </w:num>
  <w:num w:numId="8" w16cid:durableId="1760131365">
    <w:abstractNumId w:val="1"/>
  </w:num>
  <w:num w:numId="9" w16cid:durableId="923418512">
    <w:abstractNumId w:val="0"/>
  </w:num>
  <w:num w:numId="10" w16cid:durableId="1039278016">
    <w:abstractNumId w:val="11"/>
  </w:num>
  <w:num w:numId="11" w16cid:durableId="484201878">
    <w:abstractNumId w:val="9"/>
  </w:num>
  <w:num w:numId="12" w16cid:durableId="1878859302">
    <w:abstractNumId w:val="13"/>
  </w:num>
  <w:num w:numId="13" w16cid:durableId="923345259">
    <w:abstractNumId w:val="10"/>
  </w:num>
  <w:num w:numId="14" w16cid:durableId="121281056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387D"/>
    <w:rsid w:val="0029639D"/>
    <w:rsid w:val="00326F90"/>
    <w:rsid w:val="008532A8"/>
    <w:rsid w:val="009F0D03"/>
    <w:rsid w:val="00A64FF3"/>
    <w:rsid w:val="00AA1D8D"/>
    <w:rsid w:val="00AB3DC9"/>
    <w:rsid w:val="00B47730"/>
    <w:rsid w:val="00B9027C"/>
    <w:rsid w:val="00BF149A"/>
    <w:rsid w:val="00C10542"/>
    <w:rsid w:val="00CB0664"/>
    <w:rsid w:val="00CC57B2"/>
    <w:rsid w:val="00E663B9"/>
    <w:rsid w:val="00F957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EE81E1"/>
  <w14:defaultImageDpi w14:val="300"/>
  <w15:docId w15:val="{C7612D26-6D65-5748-A096-0EDA37D4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20"/>
    </w:pPr>
    <w:rPr>
      <w:rFonts w:ascii="Arial" w:hAnsi="Arial"/>
      <w:color w:val="282828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2188</Words>
  <Characters>12910</Characters>
  <Application>Microsoft Office Word</Application>
  <DocSecurity>0</DocSecurity>
  <Lines>107</Lines>
  <Paragraphs>30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15068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Fošum Josef Bc.</cp:lastModifiedBy>
  <cp:revision>4</cp:revision>
  <dcterms:created xsi:type="dcterms:W3CDTF">2013-12-23T23:15:00Z</dcterms:created>
  <dcterms:modified xsi:type="dcterms:W3CDTF">2026-10-02T10:23:00Z</dcterms:modified>
  <cp:category/>
</cp:coreProperties>
</file>